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lang w:val="ru-RU"/>
        </w:rPr>
        <w:id w:val="717699"/>
        <w:docPartObj>
          <w:docPartGallery w:val="Cover Pages"/>
          <w:docPartUnique/>
        </w:docPartObj>
      </w:sdtPr>
      <w:sdtEndPr>
        <w:rPr>
          <w:lang w:val="en-US"/>
        </w:rPr>
      </w:sdtEndPr>
      <w:sdtContent>
        <w:p w:rsidR="008E3080" w:rsidRDefault="008E3080">
          <w:pPr>
            <w:rPr>
              <w:lang w:val="ru-RU"/>
            </w:rPr>
          </w:pPr>
        </w:p>
        <w:p w:rsidR="008E3080" w:rsidRDefault="00BD1041">
          <w:pPr>
            <w:rPr>
              <w:lang w:val="ru-RU"/>
            </w:rPr>
          </w:pPr>
          <w:r>
            <w:rPr>
              <w:noProof/>
              <w:lang w:val="ru-RU"/>
            </w:rPr>
            <w:pict>
              <v:rect id="_x0000_s1026" style="position:absolute;margin-left:0;margin-top:0;width:595.35pt;height:841.95pt;z-index:-251658752;mso-width-percent:1000;mso-height-percent:1000;mso-position-horizontal:center;mso-position-horizontal-relative:page;mso-position-vertical:center;mso-position-vertical-relative:page;mso-width-percent:1000;mso-height-percent:1000" o:allowincell="f" stroked="f">
                <v:textbox style="mso-next-textbox:#_x0000_s1026">
                  <w:txbxContent>
                    <w:p w:rsidR="00B15956" w:rsidRDefault="00B15956">
                      <w:pP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96"/>
                          <w:szCs w:val="96"/>
                          <w:lang w:val="ru-RU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noProof/>
                          <w:color w:val="E6EED5" w:themeColor="accent3" w:themeTint="3F"/>
                          <w:sz w:val="72"/>
                          <w:szCs w:val="72"/>
                          <w:lang w:val="ru-RU" w:eastAsia="ru-RU"/>
                        </w:rPr>
                        <w:drawing>
                          <wp:inline distT="0" distB="0" distL="0" distR="0">
                            <wp:extent cx="7372985" cy="10357640"/>
                            <wp:effectExtent l="19050" t="0" r="0" b="0"/>
                            <wp:docPr id="2" name="Рисунок 2" descr="C:\Users\1\Desktop\Первые листы\Математика 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1\Desktop\Первые листы\Математика 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72985" cy="10357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  <w:lang w:val="ru-RU"/>
                        </w:rPr>
                        <w:t>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  <w:u w:val="single"/>
                          <w:lang w:val="ru-RU"/>
                        </w:rPr>
                        <w:t>чсмитьбюйцукенгшщзхъфывапролджэячс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  <w:lang w:val="ru-RU"/>
                        </w:rPr>
                        <w:t>укенгшщзхъфывапролджэячс</w:t>
                      </w:r>
                    </w:p>
                  </w:txbxContent>
                </v:textbox>
                <w10:wrap anchorx="page" anchory="page"/>
              </v:rect>
            </w:pict>
          </w:r>
        </w:p>
        <w:p w:rsidR="008E3080" w:rsidRDefault="008E3080">
          <w:pPr>
            <w:rPr>
              <w:lang w:val="ru-RU"/>
            </w:rPr>
          </w:pPr>
        </w:p>
        <w:p w:rsidR="008E3080" w:rsidRDefault="008E3080">
          <w:r>
            <w:br w:type="page"/>
          </w:r>
        </w:p>
      </w:sdtContent>
    </w:sdt>
    <w:p w:rsidR="00FE76DE" w:rsidRPr="003122E3" w:rsidRDefault="00FE76DE" w:rsidP="00606509">
      <w:pPr>
        <w:autoSpaceDE w:val="0"/>
        <w:autoSpaceDN w:val="0"/>
        <w:spacing w:after="0" w:line="240" w:lineRule="auto"/>
        <w:rPr>
          <w:lang w:val="ru-RU"/>
        </w:rPr>
        <w:sectPr w:rsidR="00FE76DE" w:rsidRPr="003122E3" w:rsidSect="008E3080">
          <w:type w:val="continuous"/>
          <w:pgSz w:w="11900" w:h="16840"/>
          <w:pgMar w:top="298" w:right="880" w:bottom="1436" w:left="1440" w:header="720" w:footer="720" w:gutter="0"/>
          <w:cols w:space="720" w:equalWidth="0">
            <w:col w:w="9580" w:space="0"/>
          </w:cols>
          <w:titlePg/>
          <w:docGrid w:linePitch="360"/>
        </w:sectPr>
      </w:pPr>
    </w:p>
    <w:p w:rsidR="00496093" w:rsidRPr="003122E3" w:rsidRDefault="00496093" w:rsidP="00FE76DE">
      <w:pPr>
        <w:spacing w:line="240" w:lineRule="auto"/>
        <w:rPr>
          <w:lang w:val="ru-RU"/>
        </w:rPr>
        <w:sectPr w:rsidR="00496093" w:rsidRPr="003122E3">
          <w:pgSz w:w="11900" w:h="16840"/>
          <w:pgMar w:top="478" w:right="1440" w:bottom="1440" w:left="1440" w:header="720" w:footer="720" w:gutter="0"/>
          <w:cols w:space="720" w:equalWidth="0">
            <w:col w:w="9020" w:space="0"/>
          </w:cols>
          <w:docGrid w:linePitch="360"/>
        </w:sectPr>
      </w:pPr>
    </w:p>
    <w:p w:rsidR="00496093" w:rsidRPr="003122E3" w:rsidRDefault="003122E3">
      <w:pPr>
        <w:autoSpaceDE w:val="0"/>
        <w:autoSpaceDN w:val="0"/>
        <w:spacing w:after="0" w:line="230" w:lineRule="auto"/>
        <w:rPr>
          <w:lang w:val="ru-RU"/>
        </w:rPr>
      </w:pPr>
      <w:r w:rsidRPr="003122E3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ПОЯСНИТЕЛЬНАЯ ЗАПИСКА</w:t>
      </w:r>
    </w:p>
    <w:p w:rsidR="00496093" w:rsidRPr="003122E3" w:rsidRDefault="003122E3">
      <w:pPr>
        <w:autoSpaceDE w:val="0"/>
        <w:autoSpaceDN w:val="0"/>
        <w:spacing w:before="346" w:after="0"/>
        <w:ind w:firstLine="18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по предмету «Математика» для обучающихся 4 класса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а также Примерной программы воспитания.</w:t>
      </w:r>
    </w:p>
    <w:p w:rsidR="00496093" w:rsidRPr="003122E3" w:rsidRDefault="003122E3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В начальной школе изучение математики имеет особое значение в развитии младшего школьника.</w:t>
      </w:r>
    </w:p>
    <w:p w:rsidR="00496093" w:rsidRPr="003122E3" w:rsidRDefault="003122E3">
      <w:pPr>
        <w:autoSpaceDE w:val="0"/>
        <w:autoSpaceDN w:val="0"/>
        <w:spacing w:before="70" w:after="0" w:line="271" w:lineRule="auto"/>
        <w:ind w:right="144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Приобретённые им знания, опыт выполнения предметных и универсальных действий на </w:t>
      </w:r>
      <w:r w:rsidRPr="003122E3">
        <w:rPr>
          <w:lang w:val="ru-RU"/>
        </w:rPr>
        <w:br/>
      </w: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математическом материале, первоначальное овладение математическим языком станут фундаментом обучения в основном звене школы, а также будут востребованы в жизни.</w:t>
      </w:r>
    </w:p>
    <w:p w:rsidR="00496093" w:rsidRPr="003122E3" w:rsidRDefault="003122E3">
      <w:pPr>
        <w:tabs>
          <w:tab w:val="left" w:pos="180"/>
        </w:tabs>
        <w:autoSpaceDE w:val="0"/>
        <w:autoSpaceDN w:val="0"/>
        <w:spacing w:before="192" w:after="0" w:line="262" w:lineRule="auto"/>
        <w:ind w:right="144"/>
        <w:rPr>
          <w:lang w:val="ru-RU"/>
        </w:rPr>
      </w:pPr>
      <w:r w:rsidRPr="003122E3">
        <w:rPr>
          <w:lang w:val="ru-RU"/>
        </w:rPr>
        <w:tab/>
      </w: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Изучение математики в начальной школе направлено на достижение следующих образовательных, развивающих целей, а также целей воспитания:</w:t>
      </w:r>
    </w:p>
    <w:p w:rsidR="00496093" w:rsidRPr="003122E3" w:rsidRDefault="003122E3">
      <w:pPr>
        <w:autoSpaceDE w:val="0"/>
        <w:autoSpaceDN w:val="0"/>
        <w:spacing w:before="178" w:after="0"/>
        <w:ind w:left="420" w:right="288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Освоение начальных математических знаний — понимание значения величин и способов их измерения; использование арифметических способов для разрешения сюжетных ситуаций; формирование умения решать учебные и практические задачи средствами математики; работа с алгоритмами выполнения арифметических действий. </w:t>
      </w:r>
    </w:p>
    <w:p w:rsidR="00496093" w:rsidRPr="003122E3" w:rsidRDefault="003122E3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Формирование функциональной математической грамотности младшего школьника,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(«часть-целое»,«больше-меньше», «равно-неравно», «порядок»), смысла арифметических действий, </w:t>
      </w:r>
      <w:r w:rsidRPr="003122E3">
        <w:rPr>
          <w:lang w:val="ru-RU"/>
        </w:rPr>
        <w:br/>
      </w: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зависимостей (работа, движение, продолжительность события). </w:t>
      </w:r>
    </w:p>
    <w:p w:rsidR="00496093" w:rsidRPr="003122E3" w:rsidRDefault="003122E3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Обеспечение математического развития младшего школьника — формирование способности к интеллектуальной деятельности, пространственного воображения, математической речи; умение строить рассуждения, выбирать аргументацию,  различать верные (истинные) и неверные (ложные) утверждения, вести поиск информации (примеров, оснований для упорядочения, вариантов и др.). </w:t>
      </w:r>
    </w:p>
    <w:p w:rsidR="00496093" w:rsidRPr="003122E3" w:rsidRDefault="003122E3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Становление учебно-познавательных мотивов и интереса к изучению математики и </w:t>
      </w:r>
      <w:r w:rsidRPr="003122E3">
        <w:rPr>
          <w:lang w:val="ru-RU"/>
        </w:rPr>
        <w:br/>
      </w: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умственному труду; важнейших качеств интеллектуальной деятельности: теоретического и пространственного мышления, воображения, математической речи, ориентировки в </w:t>
      </w:r>
      <w:r w:rsidRPr="003122E3">
        <w:rPr>
          <w:lang w:val="ru-RU"/>
        </w:rPr>
        <w:br/>
      </w: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математических терминах и понятиях; прочных  навыков использования математических знаний в повседневной жизни.</w:t>
      </w:r>
    </w:p>
    <w:p w:rsidR="00496093" w:rsidRPr="003122E3" w:rsidRDefault="003122E3">
      <w:pPr>
        <w:tabs>
          <w:tab w:val="left" w:pos="180"/>
        </w:tabs>
        <w:autoSpaceDE w:val="0"/>
        <w:autoSpaceDN w:val="0"/>
        <w:spacing w:before="180" w:after="0" w:line="262" w:lineRule="auto"/>
        <w:ind w:right="720"/>
        <w:rPr>
          <w:lang w:val="ru-RU"/>
        </w:rPr>
      </w:pPr>
      <w:r w:rsidRPr="003122E3">
        <w:rPr>
          <w:lang w:val="ru-RU"/>
        </w:rPr>
        <w:tab/>
      </w: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В основе конструирования содержания и отбора планируемых результатов лежат следующие ценности математики, коррелирующие со становлением личности младшего школьника:</w:t>
      </w:r>
    </w:p>
    <w:p w:rsidR="00496093" w:rsidRPr="003122E3" w:rsidRDefault="003122E3">
      <w:pPr>
        <w:autoSpaceDE w:val="0"/>
        <w:autoSpaceDN w:val="0"/>
        <w:spacing w:before="178" w:after="0"/>
        <w:ind w:left="42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понимание математических отношений выступает средством познания закономерностей существования   окружающего мира, фактов, процессов  и  явлений,  происходящих  в  природе и в обществе (хронология событий, протяжённость по времени, образование целого из частей, изменение формы, размера и т.д.); </w:t>
      </w:r>
    </w:p>
    <w:p w:rsidR="00496093" w:rsidRPr="003122E3" w:rsidRDefault="003122E3">
      <w:pPr>
        <w:autoSpaceDE w:val="0"/>
        <w:autoSpaceDN w:val="0"/>
        <w:spacing w:before="190" w:after="0" w:line="271" w:lineRule="auto"/>
        <w:ind w:left="420" w:right="72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 </w:t>
      </w:r>
    </w:p>
    <w:p w:rsidR="00496093" w:rsidRPr="003122E3" w:rsidRDefault="003122E3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—  владение математическим языком, элементами алгоритмического мышления позволяет ученику совершенствовать коммуникативную деятельность (аргументировать свою точку зрения, строить логические цепочки рассуждений; опровергать или подтверждать истинность</w:t>
      </w:r>
    </w:p>
    <w:p w:rsidR="00496093" w:rsidRPr="003122E3" w:rsidRDefault="00496093">
      <w:pPr>
        <w:rPr>
          <w:lang w:val="ru-RU"/>
        </w:rPr>
        <w:sectPr w:rsidR="00496093" w:rsidRPr="003122E3">
          <w:pgSz w:w="11900" w:h="16840"/>
          <w:pgMar w:top="298" w:right="634" w:bottom="380" w:left="666" w:header="720" w:footer="720" w:gutter="0"/>
          <w:cols w:space="720" w:equalWidth="0">
            <w:col w:w="10600" w:space="0"/>
          </w:cols>
          <w:docGrid w:linePitch="360"/>
        </w:sectPr>
      </w:pPr>
    </w:p>
    <w:p w:rsidR="00496093" w:rsidRPr="003122E3" w:rsidRDefault="00496093">
      <w:pPr>
        <w:autoSpaceDE w:val="0"/>
        <w:autoSpaceDN w:val="0"/>
        <w:spacing w:after="66" w:line="220" w:lineRule="exact"/>
        <w:rPr>
          <w:lang w:val="ru-RU"/>
        </w:rPr>
      </w:pPr>
    </w:p>
    <w:p w:rsidR="00496093" w:rsidRPr="003122E3" w:rsidRDefault="003122E3">
      <w:pPr>
        <w:autoSpaceDE w:val="0"/>
        <w:autoSpaceDN w:val="0"/>
        <w:spacing w:after="0" w:line="230" w:lineRule="auto"/>
        <w:ind w:left="42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предположения).</w:t>
      </w:r>
    </w:p>
    <w:p w:rsidR="00496093" w:rsidRPr="003122E3" w:rsidRDefault="003122E3">
      <w:pPr>
        <w:autoSpaceDE w:val="0"/>
        <w:autoSpaceDN w:val="0"/>
        <w:spacing w:before="178" w:after="0" w:line="281" w:lineRule="auto"/>
        <w:ind w:firstLine="18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Младшие школьники проявляют интерес к математической сущности предметов и явлений окружающей жизни - возможности их измерить, определить величину, форму, выявить зависимости и  закономерности  их  расположения  во  времени  и в пространстве. Осознанию младшим школьником многих математических явлений помогает его тяга к моделированию, что облегчает освоение общего способа решения учебной задачи, а также работу с разными средствами </w:t>
      </w:r>
      <w:r w:rsidRPr="003122E3">
        <w:rPr>
          <w:lang w:val="ru-RU"/>
        </w:rPr>
        <w:br/>
      </w: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информации, в том числе и графическими (таблица, диаграмма, схема).</w:t>
      </w:r>
    </w:p>
    <w:p w:rsidR="00496093" w:rsidRPr="003122E3" w:rsidRDefault="003122E3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В начальной школе математические знания и умения применяются школьником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учеником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школы.</w:t>
      </w:r>
    </w:p>
    <w:p w:rsidR="00496093" w:rsidRPr="003122E3" w:rsidRDefault="003122E3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На изучение математики в 4 классе отводится 4 часа в неделю, всего 136 часов.</w:t>
      </w:r>
    </w:p>
    <w:p w:rsidR="00496093" w:rsidRPr="003122E3" w:rsidRDefault="00496093">
      <w:pPr>
        <w:rPr>
          <w:lang w:val="ru-RU"/>
        </w:rPr>
        <w:sectPr w:rsidR="00496093" w:rsidRPr="003122E3">
          <w:pgSz w:w="11900" w:h="16840"/>
          <w:pgMar w:top="286" w:right="828" w:bottom="1440" w:left="666" w:header="720" w:footer="720" w:gutter="0"/>
          <w:cols w:space="720" w:equalWidth="0">
            <w:col w:w="10406" w:space="0"/>
          </w:cols>
          <w:docGrid w:linePitch="360"/>
        </w:sectPr>
      </w:pPr>
    </w:p>
    <w:p w:rsidR="00496093" w:rsidRPr="003122E3" w:rsidRDefault="00496093">
      <w:pPr>
        <w:autoSpaceDE w:val="0"/>
        <w:autoSpaceDN w:val="0"/>
        <w:spacing w:after="78" w:line="220" w:lineRule="exact"/>
        <w:rPr>
          <w:lang w:val="ru-RU"/>
        </w:rPr>
      </w:pPr>
    </w:p>
    <w:p w:rsidR="00496093" w:rsidRPr="003122E3" w:rsidRDefault="003122E3">
      <w:pPr>
        <w:autoSpaceDE w:val="0"/>
        <w:autoSpaceDN w:val="0"/>
        <w:spacing w:after="0" w:line="230" w:lineRule="auto"/>
        <w:rPr>
          <w:lang w:val="ru-RU"/>
        </w:rPr>
      </w:pPr>
      <w:r w:rsidRPr="003122E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496093" w:rsidRPr="003122E3" w:rsidRDefault="003122E3">
      <w:pPr>
        <w:autoSpaceDE w:val="0"/>
        <w:autoSpaceDN w:val="0"/>
        <w:spacing w:before="346" w:after="0" w:line="271" w:lineRule="auto"/>
        <w:ind w:right="144" w:firstLine="18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Основное содержание обучения в программе представлено разделами: «Числа и величины»,«Арифметические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496093" w:rsidRPr="003122E3" w:rsidRDefault="003122E3">
      <w:pPr>
        <w:autoSpaceDE w:val="0"/>
        <w:autoSpaceDN w:val="0"/>
        <w:spacing w:before="262" w:after="0" w:line="230" w:lineRule="auto"/>
        <w:rPr>
          <w:lang w:val="ru-RU"/>
        </w:rPr>
      </w:pPr>
      <w:r w:rsidRPr="003122E3">
        <w:rPr>
          <w:rFonts w:ascii="Times New Roman" w:eastAsia="Times New Roman" w:hAnsi="Times New Roman"/>
          <w:b/>
          <w:color w:val="000000"/>
          <w:sz w:val="24"/>
          <w:lang w:val="ru-RU"/>
        </w:rPr>
        <w:t>Числа и величины</w:t>
      </w:r>
    </w:p>
    <w:p w:rsidR="00496093" w:rsidRPr="003122E3" w:rsidRDefault="003122E3">
      <w:pPr>
        <w:tabs>
          <w:tab w:val="left" w:pos="180"/>
        </w:tabs>
        <w:autoSpaceDE w:val="0"/>
        <w:autoSpaceDN w:val="0"/>
        <w:spacing w:before="118" w:after="0" w:line="262" w:lineRule="auto"/>
        <w:ind w:right="144"/>
        <w:rPr>
          <w:lang w:val="ru-RU"/>
        </w:rPr>
      </w:pPr>
      <w:r w:rsidRPr="003122E3">
        <w:rPr>
          <w:lang w:val="ru-RU"/>
        </w:rPr>
        <w:tab/>
      </w: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Числа в пределах миллиона: чтение, запись, поразрядное сравнение упорядочение. Число, большее или меньшее данного числа на заданное число разрядных единиц, в заданное число раз.</w:t>
      </w:r>
    </w:p>
    <w:p w:rsidR="00496093" w:rsidRPr="003122E3" w:rsidRDefault="003122E3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Величины: сравнение объектов по массе, длине, площади, вместимости.</w:t>
      </w:r>
    </w:p>
    <w:p w:rsidR="00496093" w:rsidRPr="003122E3" w:rsidRDefault="003122E3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Единицы массы — центнер, тонна; соотношения между единицами массы.</w:t>
      </w:r>
    </w:p>
    <w:p w:rsidR="00496093" w:rsidRPr="003122E3" w:rsidRDefault="003122E3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Единицы времени (сутки, неделя, месяц, год, век), соотношение между ними.</w:t>
      </w:r>
    </w:p>
    <w:p w:rsidR="00496093" w:rsidRPr="003122E3" w:rsidRDefault="003122E3">
      <w:pPr>
        <w:autoSpaceDE w:val="0"/>
        <w:autoSpaceDN w:val="0"/>
        <w:spacing w:before="72" w:after="0" w:line="271" w:lineRule="auto"/>
        <w:ind w:right="432" w:firstLine="18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Единицы длины (миллиметр, сантиметр, дециметр, метр, километр), площади (квадратный метр, квадратный сантиметр), вместимости (литр), скорости (километры в час, метры в минуту, метры в секунду); соотношение между единицами в пределах 100 000.</w:t>
      </w:r>
    </w:p>
    <w:p w:rsidR="00496093" w:rsidRPr="003122E3" w:rsidRDefault="003122E3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Доля величины времени, массы, длины.</w:t>
      </w:r>
    </w:p>
    <w:p w:rsidR="00496093" w:rsidRPr="003122E3" w:rsidRDefault="003122E3">
      <w:pPr>
        <w:autoSpaceDE w:val="0"/>
        <w:autoSpaceDN w:val="0"/>
        <w:spacing w:before="262" w:after="0" w:line="230" w:lineRule="auto"/>
        <w:rPr>
          <w:lang w:val="ru-RU"/>
        </w:rPr>
      </w:pPr>
      <w:r w:rsidRPr="003122E3">
        <w:rPr>
          <w:rFonts w:ascii="Times New Roman" w:eastAsia="Times New Roman" w:hAnsi="Times New Roman"/>
          <w:b/>
          <w:color w:val="000000"/>
          <w:sz w:val="24"/>
          <w:lang w:val="ru-RU"/>
        </w:rPr>
        <w:t>Арифметические действия</w:t>
      </w:r>
    </w:p>
    <w:p w:rsidR="00496093" w:rsidRPr="003122E3" w:rsidRDefault="003122E3">
      <w:pPr>
        <w:autoSpaceDE w:val="0"/>
        <w:autoSpaceDN w:val="0"/>
        <w:spacing w:before="118" w:after="0" w:line="271" w:lineRule="auto"/>
        <w:ind w:right="576" w:firstLine="18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Письменное сложение, вычитание многозначных чисел в пределах миллиона. Письменное умножение, деление многозначных чисел на однозначное/двузначное число в пределах 100 000; деление с остатком. Умножение/деление на 10, 100, 1000.</w:t>
      </w:r>
    </w:p>
    <w:p w:rsidR="00496093" w:rsidRPr="003122E3" w:rsidRDefault="003122E3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Свойства арифметических действий и их применение для вычислений. Поиск значения числового выражения, содержащего несколько действий в пределах 100 000. Проверка результата вычислений, в том числе с помощью калькулятора.</w:t>
      </w:r>
    </w:p>
    <w:p w:rsidR="00496093" w:rsidRPr="003122E3" w:rsidRDefault="003122E3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3122E3">
        <w:rPr>
          <w:lang w:val="ru-RU"/>
        </w:rPr>
        <w:tab/>
      </w: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Равенство, содержащее неизвестный компонент арифметического действия: запись, нахождение неизвестного компонента.</w:t>
      </w:r>
    </w:p>
    <w:p w:rsidR="00496093" w:rsidRPr="003122E3" w:rsidRDefault="003122E3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Умножение и деление величины на однозначное число.</w:t>
      </w:r>
    </w:p>
    <w:p w:rsidR="00496093" w:rsidRPr="003122E3" w:rsidRDefault="003122E3">
      <w:pPr>
        <w:autoSpaceDE w:val="0"/>
        <w:autoSpaceDN w:val="0"/>
        <w:spacing w:before="262" w:after="0" w:line="230" w:lineRule="auto"/>
        <w:rPr>
          <w:lang w:val="ru-RU"/>
        </w:rPr>
      </w:pPr>
      <w:r w:rsidRPr="003122E3">
        <w:rPr>
          <w:rFonts w:ascii="Times New Roman" w:eastAsia="Times New Roman" w:hAnsi="Times New Roman"/>
          <w:b/>
          <w:color w:val="000000"/>
          <w:sz w:val="24"/>
          <w:lang w:val="ru-RU"/>
        </w:rPr>
        <w:t>Текстовые задачи</w:t>
      </w:r>
    </w:p>
    <w:p w:rsidR="00496093" w:rsidRPr="003122E3" w:rsidRDefault="003122E3">
      <w:pPr>
        <w:autoSpaceDE w:val="0"/>
        <w:autoSpaceDN w:val="0"/>
        <w:spacing w:before="118" w:after="0" w:line="286" w:lineRule="auto"/>
        <w:ind w:firstLine="18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Работа с текстовой  задачей,  решение  которой  содержит 2—3 действия: анализ, представление на модели; планирование и запись решения; проверка решения и ответа. Анализ зависимостей, характеризующих процессы: движения (скорость, время, пройденный путь), работы </w:t>
      </w:r>
      <w:r w:rsidRPr="003122E3">
        <w:rPr>
          <w:lang w:val="ru-RU"/>
        </w:rPr>
        <w:br/>
      </w: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(производительность, время, объём работы), купли продажи (цена, количество, стоимость) и решение соответствующих задач. Задачи на установление времени (начало, продолжительность и окончание события), расчёта количества, расхода, изменения. Задачи на нахождение доли величины, величины по её доле. Разные способы решения некоторых видов изученных задач. Оформление решения по действиям с пояснением, по вопросам, с помощью числового выражения.</w:t>
      </w:r>
    </w:p>
    <w:p w:rsidR="00496093" w:rsidRPr="003122E3" w:rsidRDefault="003122E3">
      <w:pPr>
        <w:autoSpaceDE w:val="0"/>
        <w:autoSpaceDN w:val="0"/>
        <w:spacing w:before="502" w:after="0" w:line="230" w:lineRule="auto"/>
        <w:rPr>
          <w:lang w:val="ru-RU"/>
        </w:rPr>
      </w:pPr>
      <w:r w:rsidRPr="003122E3">
        <w:rPr>
          <w:rFonts w:ascii="Times New Roman" w:eastAsia="Times New Roman" w:hAnsi="Times New Roman"/>
          <w:b/>
          <w:color w:val="000000"/>
          <w:sz w:val="24"/>
          <w:lang w:val="ru-RU"/>
        </w:rPr>
        <w:t>Пространственные отношения и геометрические фигуры</w:t>
      </w:r>
    </w:p>
    <w:p w:rsidR="00496093" w:rsidRPr="003122E3" w:rsidRDefault="003122E3">
      <w:pPr>
        <w:autoSpaceDE w:val="0"/>
        <w:autoSpaceDN w:val="0"/>
        <w:spacing w:before="118" w:after="0" w:line="230" w:lineRule="auto"/>
        <w:ind w:left="18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Наглядные представления о симметрии.</w:t>
      </w:r>
    </w:p>
    <w:p w:rsidR="00496093" w:rsidRPr="003122E3" w:rsidRDefault="003122E3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3122E3">
        <w:rPr>
          <w:lang w:val="ru-RU"/>
        </w:rPr>
        <w:tab/>
      </w: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Окружность, круг: распознавание и изображение; построение окружности заданного радиуса. Построение изученных геометрических фигур с помощью линейки, угольника, циркуля.</w:t>
      </w:r>
    </w:p>
    <w:p w:rsidR="00496093" w:rsidRPr="003122E3" w:rsidRDefault="003122E3">
      <w:pPr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Пространственные геометрические фигуры (тела): шар, куб, цилиндр, конус, пирамида; различение, называние.</w:t>
      </w:r>
    </w:p>
    <w:p w:rsidR="00496093" w:rsidRPr="003122E3" w:rsidRDefault="003122E3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3122E3">
        <w:rPr>
          <w:lang w:val="ru-RU"/>
        </w:rPr>
        <w:tab/>
      </w: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Конструирование: разбиение фигуры на прямоугольники (квадраты), составление фигур из прямоугольников/квадратов.</w:t>
      </w:r>
    </w:p>
    <w:p w:rsidR="00496093" w:rsidRPr="003122E3" w:rsidRDefault="003122E3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Периметр, площадь фигуры, составленной из двух, трёх прямоугольников (квадратов).</w:t>
      </w:r>
    </w:p>
    <w:p w:rsidR="00496093" w:rsidRPr="003122E3" w:rsidRDefault="00496093">
      <w:pPr>
        <w:rPr>
          <w:lang w:val="ru-RU"/>
        </w:rPr>
        <w:sectPr w:rsidR="00496093" w:rsidRPr="003122E3">
          <w:pgSz w:w="11900" w:h="16840"/>
          <w:pgMar w:top="298" w:right="650" w:bottom="36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96093" w:rsidRPr="003122E3" w:rsidRDefault="00496093">
      <w:pPr>
        <w:autoSpaceDE w:val="0"/>
        <w:autoSpaceDN w:val="0"/>
        <w:spacing w:after="132" w:line="220" w:lineRule="exact"/>
        <w:rPr>
          <w:lang w:val="ru-RU"/>
        </w:rPr>
      </w:pPr>
    </w:p>
    <w:p w:rsidR="00496093" w:rsidRPr="003122E3" w:rsidRDefault="003122E3">
      <w:pPr>
        <w:autoSpaceDE w:val="0"/>
        <w:autoSpaceDN w:val="0"/>
        <w:spacing w:after="0" w:line="230" w:lineRule="auto"/>
        <w:rPr>
          <w:lang w:val="ru-RU"/>
        </w:rPr>
      </w:pPr>
      <w:r w:rsidRPr="003122E3">
        <w:rPr>
          <w:rFonts w:ascii="Times New Roman" w:eastAsia="Times New Roman" w:hAnsi="Times New Roman"/>
          <w:b/>
          <w:color w:val="000000"/>
          <w:sz w:val="24"/>
          <w:lang w:val="ru-RU"/>
        </w:rPr>
        <w:t>Математическая информация</w:t>
      </w:r>
    </w:p>
    <w:p w:rsidR="00496093" w:rsidRPr="003122E3" w:rsidRDefault="003122E3">
      <w:pPr>
        <w:tabs>
          <w:tab w:val="left" w:pos="180"/>
        </w:tabs>
        <w:autoSpaceDE w:val="0"/>
        <w:autoSpaceDN w:val="0"/>
        <w:spacing w:before="118" w:after="0" w:line="262" w:lineRule="auto"/>
        <w:ind w:right="864"/>
        <w:rPr>
          <w:lang w:val="ru-RU"/>
        </w:rPr>
      </w:pPr>
      <w:r w:rsidRPr="003122E3">
        <w:rPr>
          <w:lang w:val="ru-RU"/>
        </w:rPr>
        <w:tab/>
      </w: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Работа с утверждениями: конструирование, проверка истинности; составление и проверка логических рассуждений при решении задач.</w:t>
      </w:r>
    </w:p>
    <w:p w:rsidR="00496093" w:rsidRPr="003122E3" w:rsidRDefault="003122E3">
      <w:pPr>
        <w:autoSpaceDE w:val="0"/>
        <w:autoSpaceDN w:val="0"/>
        <w:spacing w:before="70" w:after="0"/>
        <w:ind w:right="432" w:firstLine="18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Данные о реальных процессах и явлениях окружающего мира, представленные на диаграммах, схемах, в таблицах, текстах. Сбор математических данных о заданном объекте (числе, величине, геометрической фигуре). Поиск информации в справочной литературе, сети Интернет. Запись информации в предложенной таблице, на столбчатой диаграмме.</w:t>
      </w:r>
    </w:p>
    <w:p w:rsidR="00496093" w:rsidRPr="003122E3" w:rsidRDefault="003122E3">
      <w:pPr>
        <w:autoSpaceDE w:val="0"/>
        <w:autoSpaceDN w:val="0"/>
        <w:spacing w:before="70" w:after="0"/>
        <w:ind w:firstLine="18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Доступные электронные средства обучения, пособия, тренажёры, их использование под </w:t>
      </w:r>
      <w:r w:rsidRPr="003122E3">
        <w:rPr>
          <w:lang w:val="ru-RU"/>
        </w:rPr>
        <w:br/>
      </w: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руководством педагога и самостоятельно. Правила безопасной работы с электронными источниками информации (электронная форма учебника, электронные словари, образовательные сайты, </w:t>
      </w:r>
      <w:r w:rsidRPr="003122E3">
        <w:rPr>
          <w:lang w:val="ru-RU"/>
        </w:rPr>
        <w:br/>
      </w: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ориентированные на детей младшего школьного возраста).</w:t>
      </w:r>
    </w:p>
    <w:p w:rsidR="00496093" w:rsidRPr="003122E3" w:rsidRDefault="003122E3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Алгоритмы решения учебных и практических задач.</w:t>
      </w:r>
    </w:p>
    <w:p w:rsidR="00496093" w:rsidRPr="003122E3" w:rsidRDefault="003122E3">
      <w:pPr>
        <w:autoSpaceDE w:val="0"/>
        <w:autoSpaceDN w:val="0"/>
        <w:spacing w:before="262" w:after="0" w:line="230" w:lineRule="auto"/>
        <w:rPr>
          <w:lang w:val="ru-RU"/>
        </w:rPr>
      </w:pPr>
      <w:r w:rsidRPr="003122E3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УЧЕБНЫЕ ДЕЙСТВИЯ</w:t>
      </w:r>
    </w:p>
    <w:p w:rsidR="00496093" w:rsidRPr="003122E3" w:rsidRDefault="003122E3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3122E3">
        <w:rPr>
          <w:rFonts w:ascii="Times New Roman" w:eastAsia="Times New Roman" w:hAnsi="Times New Roman"/>
          <w:i/>
          <w:color w:val="000000"/>
          <w:sz w:val="24"/>
          <w:lang w:val="ru-RU"/>
        </w:rPr>
        <w:t>Универсальные познавательные учебные действия:</w:t>
      </w:r>
    </w:p>
    <w:p w:rsidR="00496093" w:rsidRPr="003122E3" w:rsidRDefault="003122E3">
      <w:pPr>
        <w:autoSpaceDE w:val="0"/>
        <w:autoSpaceDN w:val="0"/>
        <w:spacing w:before="178" w:after="0" w:line="262" w:lineRule="auto"/>
        <w:ind w:left="420" w:right="144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—  ориентироваться в изученной математической терминологии, использовать её в высказываниях и рассуждениях;</w:t>
      </w:r>
    </w:p>
    <w:p w:rsidR="00496093" w:rsidRPr="003122E3" w:rsidRDefault="003122E3">
      <w:pPr>
        <w:autoSpaceDE w:val="0"/>
        <w:autoSpaceDN w:val="0"/>
        <w:spacing w:before="190" w:after="0" w:line="271" w:lineRule="auto"/>
        <w:ind w:left="420" w:right="108"/>
        <w:jc w:val="both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математические объекты (числа, величины, геометрические фигуры), записывать признак сравнения; выбирать метод решения математической задачи (алгоритм действия, приём вычисления, способ решения, моделирование ситуации, перебор вариантов); </w:t>
      </w:r>
    </w:p>
    <w:p w:rsidR="00496093" w:rsidRPr="003122E3" w:rsidRDefault="003122E3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обнаруживать модели изученных геометрических фигур в окружающем мире; </w:t>
      </w:r>
    </w:p>
    <w:p w:rsidR="00496093" w:rsidRPr="003122E3" w:rsidRDefault="003122E3">
      <w:pPr>
        <w:autoSpaceDE w:val="0"/>
        <w:autoSpaceDN w:val="0"/>
        <w:spacing w:before="190" w:after="0" w:line="262" w:lineRule="auto"/>
        <w:ind w:left="420" w:right="864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конструировать геометрическую фигуру, обладающую заданным свойством (отрезок заданной длины, ломаная определённой длины, квадрат с заданным периметром); </w:t>
      </w:r>
    </w:p>
    <w:p w:rsidR="00496093" w:rsidRPr="003122E3" w:rsidRDefault="003122E3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классифицировать объекты по 1 - 2 выбранным признакам; </w:t>
      </w:r>
    </w:p>
    <w:p w:rsidR="00496093" w:rsidRPr="003122E3" w:rsidRDefault="003122E3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составлять модель математической задачи, проверять её соответствие условиям задачи; </w:t>
      </w:r>
    </w:p>
    <w:p w:rsidR="00496093" w:rsidRPr="003122E3" w:rsidRDefault="003122E3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—  определять с помощью цифровых и аналоговых приборов: массу предмета (электронные и гиревые весы), температуру (градусник), скорость движения транспортного средства (макет спидометра), вместимость (с помощью измерительных сосудов).</w:t>
      </w:r>
    </w:p>
    <w:p w:rsidR="00496093" w:rsidRPr="003122E3" w:rsidRDefault="003122E3">
      <w:pPr>
        <w:autoSpaceDE w:val="0"/>
        <w:autoSpaceDN w:val="0"/>
        <w:spacing w:before="180" w:after="0" w:line="230" w:lineRule="auto"/>
        <w:ind w:left="180"/>
        <w:rPr>
          <w:lang w:val="ru-RU"/>
        </w:rPr>
      </w:pPr>
      <w:r w:rsidRPr="003122E3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информацией:</w:t>
      </w:r>
    </w:p>
    <w:p w:rsidR="00496093" w:rsidRPr="003122E3" w:rsidRDefault="003122E3">
      <w:pPr>
        <w:autoSpaceDE w:val="0"/>
        <w:autoSpaceDN w:val="0"/>
        <w:spacing w:before="180" w:after="0" w:line="230" w:lineRule="auto"/>
        <w:ind w:left="42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представлять информацию в разных формах; </w:t>
      </w:r>
    </w:p>
    <w:p w:rsidR="00496093" w:rsidRPr="003122E3" w:rsidRDefault="003122E3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—  извлекать и интерпретировать информацию, представленную в таблице, на диаграмме; использовать справочную литературу для поиска информации, в том числе Интернет (в условиях контролируемого выхода).</w:t>
      </w:r>
    </w:p>
    <w:p w:rsidR="00496093" w:rsidRPr="003122E3" w:rsidRDefault="003122E3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3122E3">
        <w:rPr>
          <w:rFonts w:ascii="Times New Roman" w:eastAsia="Times New Roman" w:hAnsi="Times New Roman"/>
          <w:i/>
          <w:color w:val="000000"/>
          <w:sz w:val="24"/>
          <w:lang w:val="ru-RU"/>
        </w:rPr>
        <w:t>Универсальные коммуникативные учебные действия:</w:t>
      </w:r>
    </w:p>
    <w:p w:rsidR="00496093" w:rsidRPr="003122E3" w:rsidRDefault="003122E3">
      <w:pPr>
        <w:autoSpaceDE w:val="0"/>
        <w:autoSpaceDN w:val="0"/>
        <w:spacing w:before="178" w:after="0" w:line="262" w:lineRule="auto"/>
        <w:ind w:left="420" w:right="1008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математическую терминологию для записи решения предметной или практической задачи; </w:t>
      </w:r>
    </w:p>
    <w:p w:rsidR="00496093" w:rsidRPr="003122E3" w:rsidRDefault="003122E3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приводить примеры и контрпримеры для подтверждения/опровержения вывода, гипотезы; </w:t>
      </w:r>
    </w:p>
    <w:p w:rsidR="00496093" w:rsidRPr="003122E3" w:rsidRDefault="003122E3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конструировать, читать числовое выражение; </w:t>
      </w:r>
    </w:p>
    <w:p w:rsidR="00496093" w:rsidRPr="003122E3" w:rsidRDefault="003122E3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описывать практическую ситуацию с использованием изученной терминологии; </w:t>
      </w:r>
    </w:p>
    <w:p w:rsidR="00496093" w:rsidRPr="003122E3" w:rsidRDefault="003122E3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—  характеризовать математические объекты, явления и события с помощью изученных</w:t>
      </w:r>
    </w:p>
    <w:p w:rsidR="00496093" w:rsidRPr="003122E3" w:rsidRDefault="00496093">
      <w:pPr>
        <w:rPr>
          <w:lang w:val="ru-RU"/>
        </w:rPr>
        <w:sectPr w:rsidR="00496093" w:rsidRPr="003122E3">
          <w:pgSz w:w="11900" w:h="16840"/>
          <w:pgMar w:top="352" w:right="786" w:bottom="452" w:left="666" w:header="720" w:footer="720" w:gutter="0"/>
          <w:cols w:space="720" w:equalWidth="0">
            <w:col w:w="10448" w:space="0"/>
          </w:cols>
          <w:docGrid w:linePitch="360"/>
        </w:sectPr>
      </w:pPr>
    </w:p>
    <w:p w:rsidR="00496093" w:rsidRPr="003122E3" w:rsidRDefault="00496093">
      <w:pPr>
        <w:autoSpaceDE w:val="0"/>
        <w:autoSpaceDN w:val="0"/>
        <w:spacing w:after="66" w:line="220" w:lineRule="exact"/>
        <w:rPr>
          <w:lang w:val="ru-RU"/>
        </w:rPr>
      </w:pPr>
    </w:p>
    <w:p w:rsidR="00496093" w:rsidRPr="003122E3" w:rsidRDefault="003122E3">
      <w:pPr>
        <w:autoSpaceDE w:val="0"/>
        <w:autoSpaceDN w:val="0"/>
        <w:spacing w:after="0" w:line="230" w:lineRule="auto"/>
        <w:ind w:left="24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величин; </w:t>
      </w:r>
    </w:p>
    <w:p w:rsidR="00496093" w:rsidRPr="003122E3" w:rsidRDefault="003122E3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составлять инструкцию, записывать рассуждение; </w:t>
      </w:r>
    </w:p>
    <w:p w:rsidR="00496093" w:rsidRPr="003122E3" w:rsidRDefault="003122E3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—  инициировать обсуждение разных способов выполнения задания, поиск ошибок в решении.</w:t>
      </w:r>
    </w:p>
    <w:p w:rsidR="00496093" w:rsidRPr="003122E3" w:rsidRDefault="003122E3">
      <w:pPr>
        <w:autoSpaceDE w:val="0"/>
        <w:autoSpaceDN w:val="0"/>
        <w:spacing w:before="178" w:after="0" w:line="230" w:lineRule="auto"/>
        <w:rPr>
          <w:lang w:val="ru-RU"/>
        </w:rPr>
      </w:pPr>
      <w:r w:rsidRPr="003122E3">
        <w:rPr>
          <w:rFonts w:ascii="Times New Roman" w:eastAsia="Times New Roman" w:hAnsi="Times New Roman"/>
          <w:i/>
          <w:color w:val="000000"/>
          <w:sz w:val="24"/>
          <w:lang w:val="ru-RU"/>
        </w:rPr>
        <w:t>Универсальные регулятивные учебные действия:</w:t>
      </w:r>
    </w:p>
    <w:p w:rsidR="00496093" w:rsidRPr="003122E3" w:rsidRDefault="003122E3">
      <w:pPr>
        <w:autoSpaceDE w:val="0"/>
        <w:autoSpaceDN w:val="0"/>
        <w:spacing w:before="178" w:after="0" w:line="262" w:lineRule="auto"/>
        <w:ind w:left="24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контролировать правильность и полноту выполнения алгоритма арифметического действия, решения текстовой задачи, построения геометрической фигуры, измерения; </w:t>
      </w:r>
    </w:p>
    <w:p w:rsidR="00496093" w:rsidRPr="003122E3" w:rsidRDefault="003122E3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самостоятельно выполнять прикидку и оценку результата измерений; </w:t>
      </w:r>
    </w:p>
    <w:p w:rsidR="00496093" w:rsidRPr="003122E3" w:rsidRDefault="003122E3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—  находить, исправлять, прогнозировать трудности и ошибки и трудности в решении учебной задачи.</w:t>
      </w:r>
    </w:p>
    <w:p w:rsidR="00496093" w:rsidRPr="003122E3" w:rsidRDefault="003122E3">
      <w:pPr>
        <w:autoSpaceDE w:val="0"/>
        <w:autoSpaceDN w:val="0"/>
        <w:spacing w:before="180" w:after="0" w:line="230" w:lineRule="auto"/>
        <w:rPr>
          <w:lang w:val="ru-RU"/>
        </w:rPr>
      </w:pPr>
      <w:r w:rsidRPr="003122E3">
        <w:rPr>
          <w:rFonts w:ascii="Times New Roman" w:eastAsia="Times New Roman" w:hAnsi="Times New Roman"/>
          <w:i/>
          <w:color w:val="000000"/>
          <w:sz w:val="24"/>
          <w:lang w:val="ru-RU"/>
        </w:rPr>
        <w:t>Совместная деятельность:</w:t>
      </w:r>
    </w:p>
    <w:p w:rsidR="00496093" w:rsidRPr="003122E3" w:rsidRDefault="003122E3">
      <w:pPr>
        <w:autoSpaceDE w:val="0"/>
        <w:autoSpaceDN w:val="0"/>
        <w:spacing w:before="178" w:after="0"/>
        <w:ind w:left="240" w:right="144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участвовать в совместной деятельности: договариваться о способе решения, распределять работу между членами группы (например, в случае решения задач, требующих перебора большого количества вариантов), согласовывать мнения в ходе поиска доказательств, выбора рационального способа; </w:t>
      </w:r>
    </w:p>
    <w:p w:rsidR="00496093" w:rsidRPr="003122E3" w:rsidRDefault="003122E3">
      <w:pPr>
        <w:autoSpaceDE w:val="0"/>
        <w:autoSpaceDN w:val="0"/>
        <w:spacing w:before="190" w:after="0" w:line="281" w:lineRule="auto"/>
        <w:ind w:left="24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договариваться с одноклассниками в ходе организации проектной работы с величинами (составление расписания, подсчёт денег, оценка стоимости и веса покупки, рост и вес человека, приближённая оценка расстояний и временных интервалов; взвешивание; измерение </w:t>
      </w:r>
      <w:r w:rsidRPr="003122E3">
        <w:rPr>
          <w:lang w:val="ru-RU"/>
        </w:rPr>
        <w:br/>
      </w: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температуры воздуха и воды), геометрическими фигурами (выбор формы и деталей при конструировании, расчёт и разметка, прикидка и оценка конечного результата).</w:t>
      </w:r>
    </w:p>
    <w:p w:rsidR="00496093" w:rsidRPr="003122E3" w:rsidRDefault="00496093">
      <w:pPr>
        <w:rPr>
          <w:lang w:val="ru-RU"/>
        </w:rPr>
        <w:sectPr w:rsidR="00496093" w:rsidRPr="003122E3">
          <w:pgSz w:w="11900" w:h="16840"/>
          <w:pgMar w:top="286" w:right="944" w:bottom="1440" w:left="846" w:header="720" w:footer="720" w:gutter="0"/>
          <w:cols w:space="720" w:equalWidth="0">
            <w:col w:w="10109" w:space="0"/>
          </w:cols>
          <w:docGrid w:linePitch="360"/>
        </w:sectPr>
      </w:pPr>
    </w:p>
    <w:p w:rsidR="00496093" w:rsidRPr="003122E3" w:rsidRDefault="00496093">
      <w:pPr>
        <w:autoSpaceDE w:val="0"/>
        <w:autoSpaceDN w:val="0"/>
        <w:spacing w:after="78" w:line="220" w:lineRule="exact"/>
        <w:rPr>
          <w:lang w:val="ru-RU"/>
        </w:rPr>
      </w:pPr>
    </w:p>
    <w:p w:rsidR="00496093" w:rsidRPr="003122E3" w:rsidRDefault="003122E3">
      <w:pPr>
        <w:autoSpaceDE w:val="0"/>
        <w:autoSpaceDN w:val="0"/>
        <w:spacing w:after="0" w:line="230" w:lineRule="auto"/>
        <w:rPr>
          <w:lang w:val="ru-RU"/>
        </w:rPr>
      </w:pPr>
      <w:r w:rsidRPr="003122E3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496093" w:rsidRPr="003122E3" w:rsidRDefault="003122E3">
      <w:pPr>
        <w:tabs>
          <w:tab w:val="left" w:pos="180"/>
        </w:tabs>
        <w:autoSpaceDE w:val="0"/>
        <w:autoSpaceDN w:val="0"/>
        <w:spacing w:before="346" w:after="0" w:line="262" w:lineRule="auto"/>
        <w:ind w:right="1152"/>
        <w:rPr>
          <w:lang w:val="ru-RU"/>
        </w:rPr>
      </w:pPr>
      <w:r w:rsidRPr="003122E3">
        <w:rPr>
          <w:lang w:val="ru-RU"/>
        </w:rPr>
        <w:tab/>
      </w: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Изучение математики в 4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496093" w:rsidRPr="003122E3" w:rsidRDefault="003122E3">
      <w:pPr>
        <w:autoSpaceDE w:val="0"/>
        <w:autoSpaceDN w:val="0"/>
        <w:spacing w:before="262" w:after="0" w:line="230" w:lineRule="auto"/>
        <w:rPr>
          <w:lang w:val="ru-RU"/>
        </w:rPr>
      </w:pPr>
      <w:r w:rsidRPr="003122E3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496093" w:rsidRPr="003122E3" w:rsidRDefault="003122E3">
      <w:pPr>
        <w:tabs>
          <w:tab w:val="left" w:pos="180"/>
        </w:tabs>
        <w:autoSpaceDE w:val="0"/>
        <w:autoSpaceDN w:val="0"/>
        <w:spacing w:before="166" w:after="0" w:line="262" w:lineRule="auto"/>
        <w:ind w:right="288"/>
        <w:rPr>
          <w:lang w:val="ru-RU"/>
        </w:rPr>
      </w:pPr>
      <w:r w:rsidRPr="003122E3">
        <w:rPr>
          <w:lang w:val="ru-RU"/>
        </w:rPr>
        <w:tab/>
      </w: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В результате изучения предмета «Математика» у обучающегося будут сформированы следующие личностные результаты:</w:t>
      </w:r>
    </w:p>
    <w:p w:rsidR="00496093" w:rsidRPr="003122E3" w:rsidRDefault="003122E3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осознавать необходимость изучения математики для адаптации к жизненным ситуациям, для развития общей культуры человека; </w:t>
      </w:r>
    </w:p>
    <w:p w:rsidR="00496093" w:rsidRPr="003122E3" w:rsidRDefault="003122E3">
      <w:pPr>
        <w:autoSpaceDE w:val="0"/>
        <w:autoSpaceDN w:val="0"/>
        <w:spacing w:before="192" w:after="0" w:line="262" w:lineRule="auto"/>
        <w:ind w:left="420" w:right="576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развития способности мыслить, рассуждать, выдвигать предположения и доказывать или опровергать их; </w:t>
      </w:r>
    </w:p>
    <w:p w:rsidR="00496093" w:rsidRPr="003122E3" w:rsidRDefault="003122E3">
      <w:pPr>
        <w:autoSpaceDE w:val="0"/>
        <w:autoSpaceDN w:val="0"/>
        <w:spacing w:before="190" w:after="0" w:line="271" w:lineRule="auto"/>
        <w:ind w:left="420" w:right="864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—  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496093" w:rsidRPr="003122E3" w:rsidRDefault="003122E3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осваивать навыки организации безопасного поведения в информационной среде; </w:t>
      </w:r>
    </w:p>
    <w:p w:rsidR="00496093" w:rsidRPr="003122E3" w:rsidRDefault="003122E3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 </w:t>
      </w:r>
    </w:p>
    <w:p w:rsidR="00496093" w:rsidRPr="003122E3" w:rsidRDefault="003122E3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своих силах при решении поставленных задач, умение преодолевать трудности; </w:t>
      </w:r>
    </w:p>
    <w:p w:rsidR="00496093" w:rsidRPr="003122E3" w:rsidRDefault="003122E3">
      <w:pPr>
        <w:autoSpaceDE w:val="0"/>
        <w:autoSpaceDN w:val="0"/>
        <w:spacing w:before="190" w:after="0" w:line="262" w:lineRule="auto"/>
        <w:ind w:left="420" w:right="864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 </w:t>
      </w:r>
    </w:p>
    <w:p w:rsidR="00496093" w:rsidRPr="003122E3" w:rsidRDefault="003122E3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оценивать свои успехи в изучении математики, намечать пути устранения трудностей; </w:t>
      </w:r>
    </w:p>
    <w:p w:rsidR="00496093" w:rsidRPr="003122E3" w:rsidRDefault="003122E3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—  стремиться углублять свои математические знания и умения; 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496093" w:rsidRPr="003122E3" w:rsidRDefault="003122E3">
      <w:pPr>
        <w:autoSpaceDE w:val="0"/>
        <w:autoSpaceDN w:val="0"/>
        <w:spacing w:before="324" w:after="0" w:line="230" w:lineRule="auto"/>
        <w:rPr>
          <w:lang w:val="ru-RU"/>
        </w:rPr>
      </w:pPr>
      <w:r w:rsidRPr="003122E3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496093" w:rsidRPr="003122E3" w:rsidRDefault="003122E3">
      <w:pPr>
        <w:autoSpaceDE w:val="0"/>
        <w:autoSpaceDN w:val="0"/>
        <w:spacing w:before="168" w:after="0" w:line="230" w:lineRule="auto"/>
        <w:ind w:left="18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 у обучающегося формируются следующие универсальные учебные действия.</w:t>
      </w:r>
    </w:p>
    <w:p w:rsidR="00496093" w:rsidRPr="003122E3" w:rsidRDefault="003122E3">
      <w:pPr>
        <w:autoSpaceDE w:val="0"/>
        <w:autoSpaceDN w:val="0"/>
        <w:spacing w:before="192" w:after="0" w:line="230" w:lineRule="auto"/>
        <w:ind w:left="180"/>
        <w:rPr>
          <w:lang w:val="ru-RU"/>
        </w:rPr>
      </w:pPr>
      <w:r w:rsidRPr="003122E3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 познавательные учебные действия:</w:t>
      </w:r>
    </w:p>
    <w:p w:rsidR="00496093" w:rsidRPr="003122E3" w:rsidRDefault="003122E3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3122E3">
        <w:rPr>
          <w:rFonts w:ascii="Times New Roman" w:eastAsia="Times New Roman" w:hAnsi="Times New Roman"/>
          <w:i/>
          <w:color w:val="000000"/>
          <w:sz w:val="24"/>
          <w:lang w:val="ru-RU"/>
        </w:rPr>
        <w:t>1)  Базовые логические действия:</w:t>
      </w:r>
    </w:p>
    <w:p w:rsidR="00496093" w:rsidRPr="003122E3" w:rsidRDefault="003122E3">
      <w:pPr>
        <w:autoSpaceDE w:val="0"/>
        <w:autoSpaceDN w:val="0"/>
        <w:spacing w:before="178" w:after="0" w:line="262" w:lineRule="auto"/>
        <w:ind w:left="420" w:right="1008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устанавливать связи и зависимости между математическими объектами (часть-целое; причина-следствие; протяжённость); </w:t>
      </w:r>
    </w:p>
    <w:p w:rsidR="00496093" w:rsidRPr="003122E3" w:rsidRDefault="003122E3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—  применять базовые логические универсальные действия: сравнение, анализ, классификация (группировка), обобщение;</w:t>
      </w:r>
    </w:p>
    <w:p w:rsidR="00496093" w:rsidRPr="003122E3" w:rsidRDefault="003122E3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—  приобретать практические графические и измерительные навыки для успешного решения учебных и житейских задач;</w:t>
      </w:r>
    </w:p>
    <w:p w:rsidR="00496093" w:rsidRPr="003122E3" w:rsidRDefault="003122E3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—  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496093" w:rsidRPr="003122E3" w:rsidRDefault="003122E3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3122E3">
        <w:rPr>
          <w:rFonts w:ascii="Times New Roman" w:eastAsia="Times New Roman" w:hAnsi="Times New Roman"/>
          <w:i/>
          <w:color w:val="000000"/>
          <w:sz w:val="24"/>
          <w:lang w:val="ru-RU"/>
        </w:rPr>
        <w:t>2)  Базовые исследовательские действия:</w:t>
      </w:r>
    </w:p>
    <w:p w:rsidR="00496093" w:rsidRPr="003122E3" w:rsidRDefault="00496093">
      <w:pPr>
        <w:rPr>
          <w:lang w:val="ru-RU"/>
        </w:rPr>
        <w:sectPr w:rsidR="00496093" w:rsidRPr="003122E3">
          <w:pgSz w:w="11900" w:h="16840"/>
          <w:pgMar w:top="298" w:right="650" w:bottom="37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96093" w:rsidRPr="003122E3" w:rsidRDefault="00496093">
      <w:pPr>
        <w:autoSpaceDE w:val="0"/>
        <w:autoSpaceDN w:val="0"/>
        <w:spacing w:after="132" w:line="220" w:lineRule="exact"/>
        <w:rPr>
          <w:lang w:val="ru-RU"/>
        </w:rPr>
      </w:pPr>
    </w:p>
    <w:p w:rsidR="00496093" w:rsidRPr="003122E3" w:rsidRDefault="003122E3">
      <w:pPr>
        <w:autoSpaceDE w:val="0"/>
        <w:autoSpaceDN w:val="0"/>
        <w:spacing w:after="0" w:line="262" w:lineRule="auto"/>
        <w:ind w:left="240" w:right="864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проявлять способность ориентироваться в учебном материале разных разделов курса математики; </w:t>
      </w:r>
    </w:p>
    <w:p w:rsidR="00496093" w:rsidRPr="003122E3" w:rsidRDefault="003122E3">
      <w:pPr>
        <w:autoSpaceDE w:val="0"/>
        <w:autoSpaceDN w:val="0"/>
        <w:spacing w:before="190" w:after="0" w:line="262" w:lineRule="auto"/>
        <w:ind w:left="240" w:right="144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и адекватно использовать математическую терминологию: различать, характеризовать, использовать для решения учебных и практических задач; </w:t>
      </w:r>
    </w:p>
    <w:p w:rsidR="00496093" w:rsidRPr="003122E3" w:rsidRDefault="003122E3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—  применять изученные методы познания (измерение, моделирование, перебор вариантов).</w:t>
      </w:r>
    </w:p>
    <w:p w:rsidR="00496093" w:rsidRPr="003122E3" w:rsidRDefault="003122E3">
      <w:pPr>
        <w:autoSpaceDE w:val="0"/>
        <w:autoSpaceDN w:val="0"/>
        <w:spacing w:before="178" w:after="0" w:line="230" w:lineRule="auto"/>
        <w:rPr>
          <w:lang w:val="ru-RU"/>
        </w:rPr>
      </w:pPr>
      <w:r w:rsidRPr="003122E3">
        <w:rPr>
          <w:rFonts w:ascii="Times New Roman" w:eastAsia="Times New Roman" w:hAnsi="Times New Roman"/>
          <w:i/>
          <w:color w:val="000000"/>
          <w:sz w:val="24"/>
          <w:lang w:val="ru-RU"/>
        </w:rPr>
        <w:t>3)  Работа с информацией:</w:t>
      </w:r>
    </w:p>
    <w:p w:rsidR="00496093" w:rsidRPr="003122E3" w:rsidRDefault="003122E3">
      <w:pPr>
        <w:autoSpaceDE w:val="0"/>
        <w:autoSpaceDN w:val="0"/>
        <w:spacing w:before="178" w:after="0" w:line="262" w:lineRule="auto"/>
        <w:ind w:left="24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и использовать для решения учебных задач текстовую, графическую информацию в разных источниках информационной среды; </w:t>
      </w:r>
    </w:p>
    <w:p w:rsidR="00496093" w:rsidRPr="003122E3" w:rsidRDefault="003122E3">
      <w:pPr>
        <w:autoSpaceDE w:val="0"/>
        <w:autoSpaceDN w:val="0"/>
        <w:spacing w:before="192" w:after="0" w:line="262" w:lineRule="auto"/>
        <w:ind w:left="240" w:right="864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читать, интерпретировать графически представленную информацию (схему, таблицу, диаграмму, другую модель); </w:t>
      </w:r>
    </w:p>
    <w:p w:rsidR="00496093" w:rsidRPr="003122E3" w:rsidRDefault="003122E3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 </w:t>
      </w:r>
    </w:p>
    <w:p w:rsidR="00496093" w:rsidRPr="003122E3" w:rsidRDefault="003122E3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—  принимать правила, безопасно использовать предлагаемые электронные средства и источники информации.</w:t>
      </w:r>
    </w:p>
    <w:p w:rsidR="00496093" w:rsidRPr="003122E3" w:rsidRDefault="003122E3">
      <w:pPr>
        <w:autoSpaceDE w:val="0"/>
        <w:autoSpaceDN w:val="0"/>
        <w:spacing w:before="178" w:after="0" w:line="230" w:lineRule="auto"/>
        <w:rPr>
          <w:lang w:val="ru-RU"/>
        </w:rPr>
      </w:pPr>
      <w:r w:rsidRPr="003122E3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коммуникативные учебные действия:</w:t>
      </w:r>
    </w:p>
    <w:p w:rsidR="00496093" w:rsidRPr="003122E3" w:rsidRDefault="003122E3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—  конструировать утверждения, проверять их истинность; строить логическое рассуждение;</w:t>
      </w:r>
    </w:p>
    <w:p w:rsidR="00496093" w:rsidRPr="003122E3" w:rsidRDefault="003122E3">
      <w:pPr>
        <w:autoSpaceDE w:val="0"/>
        <w:autoSpaceDN w:val="0"/>
        <w:spacing w:before="238" w:after="0" w:line="230" w:lineRule="auto"/>
        <w:jc w:val="center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текст задания для объяснения способа и хода решения математической задачи;</w:t>
      </w:r>
    </w:p>
    <w:p w:rsidR="00496093" w:rsidRPr="003122E3" w:rsidRDefault="003122E3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ответ;</w:t>
      </w:r>
    </w:p>
    <w:p w:rsidR="00496093" w:rsidRPr="003122E3" w:rsidRDefault="003122E3">
      <w:pPr>
        <w:autoSpaceDE w:val="0"/>
        <w:autoSpaceDN w:val="0"/>
        <w:spacing w:before="238" w:after="0" w:line="262" w:lineRule="auto"/>
        <w:ind w:left="240" w:right="288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—  комментировать процесс вычисления, построения, решения; объяснять полученный ответ с использованием изученной терминологии;</w:t>
      </w:r>
    </w:p>
    <w:p w:rsidR="00496093" w:rsidRPr="003122E3" w:rsidRDefault="003122E3">
      <w:pPr>
        <w:autoSpaceDE w:val="0"/>
        <w:autoSpaceDN w:val="0"/>
        <w:spacing w:before="238" w:after="0" w:line="271" w:lineRule="auto"/>
        <w:ind w:left="24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—  в процессе диалогов по обсуждению изученного материала —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496093" w:rsidRPr="003122E3" w:rsidRDefault="003122E3">
      <w:pPr>
        <w:autoSpaceDE w:val="0"/>
        <w:autoSpaceDN w:val="0"/>
        <w:spacing w:before="238" w:after="0" w:line="271" w:lineRule="auto"/>
        <w:ind w:left="24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—  создавать в соответствии с учебной задачей тексты разного вида -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496093" w:rsidRPr="003122E3" w:rsidRDefault="003122E3">
      <w:pPr>
        <w:autoSpaceDE w:val="0"/>
        <w:autoSpaceDN w:val="0"/>
        <w:spacing w:before="240" w:after="0" w:line="230" w:lineRule="auto"/>
        <w:ind w:left="24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—  ориентироваться в алгоритмах: воспроизводить, дополнять, исправлять деформированные;</w:t>
      </w:r>
    </w:p>
    <w:p w:rsidR="00496093" w:rsidRPr="003122E3" w:rsidRDefault="003122E3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—  составлять по аналогии;</w:t>
      </w:r>
    </w:p>
    <w:p w:rsidR="00496093" w:rsidRPr="003122E3" w:rsidRDefault="003122E3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составлять тексты заданий, аналогичные типовым изученным.</w:t>
      </w:r>
    </w:p>
    <w:p w:rsidR="00496093" w:rsidRPr="003122E3" w:rsidRDefault="003122E3">
      <w:pPr>
        <w:autoSpaceDE w:val="0"/>
        <w:autoSpaceDN w:val="0"/>
        <w:spacing w:before="178" w:after="0" w:line="230" w:lineRule="auto"/>
        <w:rPr>
          <w:lang w:val="ru-RU"/>
        </w:rPr>
      </w:pPr>
      <w:r w:rsidRPr="003122E3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регулятивные учебные действия:</w:t>
      </w:r>
    </w:p>
    <w:p w:rsidR="00496093" w:rsidRPr="003122E3" w:rsidRDefault="003122E3">
      <w:pPr>
        <w:autoSpaceDE w:val="0"/>
        <w:autoSpaceDN w:val="0"/>
        <w:spacing w:before="190" w:after="0" w:line="230" w:lineRule="auto"/>
        <w:rPr>
          <w:lang w:val="ru-RU"/>
        </w:rPr>
      </w:pPr>
      <w:r w:rsidRPr="003122E3">
        <w:rPr>
          <w:rFonts w:ascii="Times New Roman" w:eastAsia="Times New Roman" w:hAnsi="Times New Roman"/>
          <w:i/>
          <w:color w:val="000000"/>
          <w:sz w:val="24"/>
          <w:lang w:val="ru-RU"/>
        </w:rPr>
        <w:t>1)  Самоорганизация:</w:t>
      </w:r>
    </w:p>
    <w:p w:rsidR="00496093" w:rsidRPr="003122E3" w:rsidRDefault="003122E3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планировать этапы предстоящей работы, определять последовательность учебных действий; </w:t>
      </w:r>
    </w:p>
    <w:p w:rsidR="00496093" w:rsidRPr="003122E3" w:rsidRDefault="003122E3">
      <w:pPr>
        <w:autoSpaceDE w:val="0"/>
        <w:autoSpaceDN w:val="0"/>
        <w:spacing w:before="190" w:after="0" w:line="262" w:lineRule="auto"/>
        <w:ind w:left="240" w:right="864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—  выполнять правила безопасного использования электронных средств, предлагаемых в процессе обучения.</w:t>
      </w:r>
    </w:p>
    <w:p w:rsidR="00496093" w:rsidRPr="003122E3" w:rsidRDefault="003122E3">
      <w:pPr>
        <w:autoSpaceDE w:val="0"/>
        <w:autoSpaceDN w:val="0"/>
        <w:spacing w:before="178" w:after="0" w:line="230" w:lineRule="auto"/>
        <w:rPr>
          <w:lang w:val="ru-RU"/>
        </w:rPr>
      </w:pPr>
      <w:r w:rsidRPr="003122E3">
        <w:rPr>
          <w:rFonts w:ascii="Times New Roman" w:eastAsia="Times New Roman" w:hAnsi="Times New Roman"/>
          <w:i/>
          <w:color w:val="000000"/>
          <w:sz w:val="24"/>
          <w:lang w:val="ru-RU"/>
        </w:rPr>
        <w:t>2)  Самоконтроль:</w:t>
      </w:r>
    </w:p>
    <w:p w:rsidR="00496093" w:rsidRPr="003122E3" w:rsidRDefault="003122E3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осуществлять контроль процесса и результата своей деятельности, объективно оценивать их; </w:t>
      </w:r>
    </w:p>
    <w:p w:rsidR="00496093" w:rsidRPr="003122E3" w:rsidRDefault="003122E3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выбирать и при необходимости корректировать способы действий; </w:t>
      </w:r>
    </w:p>
    <w:p w:rsidR="00496093" w:rsidRPr="003122E3" w:rsidRDefault="00496093">
      <w:pPr>
        <w:rPr>
          <w:lang w:val="ru-RU"/>
        </w:rPr>
        <w:sectPr w:rsidR="00496093" w:rsidRPr="003122E3">
          <w:pgSz w:w="11900" w:h="16840"/>
          <w:pgMar w:top="352" w:right="722" w:bottom="302" w:left="846" w:header="720" w:footer="720" w:gutter="0"/>
          <w:cols w:space="720" w:equalWidth="0">
            <w:col w:w="10332" w:space="0"/>
          </w:cols>
          <w:docGrid w:linePitch="360"/>
        </w:sectPr>
      </w:pPr>
    </w:p>
    <w:p w:rsidR="00496093" w:rsidRPr="003122E3" w:rsidRDefault="00496093">
      <w:pPr>
        <w:autoSpaceDE w:val="0"/>
        <w:autoSpaceDN w:val="0"/>
        <w:spacing w:after="144" w:line="220" w:lineRule="exact"/>
        <w:rPr>
          <w:lang w:val="ru-RU"/>
        </w:rPr>
      </w:pPr>
    </w:p>
    <w:p w:rsidR="00496093" w:rsidRPr="003122E3" w:rsidRDefault="003122E3">
      <w:pPr>
        <w:autoSpaceDE w:val="0"/>
        <w:autoSpaceDN w:val="0"/>
        <w:spacing w:after="0" w:line="262" w:lineRule="auto"/>
        <w:ind w:left="42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—  находить ошибки в своей работе, устанавливать их причины, вести поиск путей преодоления ошибок.</w:t>
      </w:r>
    </w:p>
    <w:p w:rsidR="00496093" w:rsidRPr="003122E3" w:rsidRDefault="003122E3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3122E3">
        <w:rPr>
          <w:rFonts w:ascii="Times New Roman" w:eastAsia="Times New Roman" w:hAnsi="Times New Roman"/>
          <w:i/>
          <w:color w:val="000000"/>
          <w:sz w:val="24"/>
          <w:lang w:val="ru-RU"/>
        </w:rPr>
        <w:t>3)  Самооценка:</w:t>
      </w:r>
    </w:p>
    <w:p w:rsidR="00496093" w:rsidRPr="003122E3" w:rsidRDefault="003122E3">
      <w:pPr>
        <w:autoSpaceDE w:val="0"/>
        <w:autoSpaceDN w:val="0"/>
        <w:spacing w:before="178" w:after="0" w:line="271" w:lineRule="auto"/>
        <w:ind w:left="42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 </w:t>
      </w:r>
    </w:p>
    <w:p w:rsidR="00496093" w:rsidRPr="003122E3" w:rsidRDefault="003122E3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—  оценивать рациональность своих действий, давать им качественную характеристику.</w:t>
      </w:r>
    </w:p>
    <w:p w:rsidR="00496093" w:rsidRPr="003122E3" w:rsidRDefault="003122E3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3122E3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деятельность:</w:t>
      </w:r>
    </w:p>
    <w:p w:rsidR="00496093" w:rsidRPr="003122E3" w:rsidRDefault="003122E3">
      <w:pPr>
        <w:autoSpaceDE w:val="0"/>
        <w:autoSpaceDN w:val="0"/>
        <w:spacing w:before="180" w:after="0" w:line="271" w:lineRule="auto"/>
        <w:ind w:left="420" w:right="72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контрпримеров); </w:t>
      </w:r>
    </w:p>
    <w:p w:rsidR="00496093" w:rsidRPr="003122E3" w:rsidRDefault="003122E3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—  согласовывать  мнения в ходе поиска доказательств, выбора рационального способа, анализа информации;</w:t>
      </w:r>
    </w:p>
    <w:p w:rsidR="00496093" w:rsidRPr="003122E3" w:rsidRDefault="003122E3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—  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496093" w:rsidRPr="003122E3" w:rsidRDefault="003122E3">
      <w:pPr>
        <w:autoSpaceDE w:val="0"/>
        <w:autoSpaceDN w:val="0"/>
        <w:spacing w:before="322" w:after="0" w:line="230" w:lineRule="auto"/>
        <w:rPr>
          <w:lang w:val="ru-RU"/>
        </w:rPr>
      </w:pPr>
      <w:r w:rsidRPr="003122E3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496093" w:rsidRPr="003122E3" w:rsidRDefault="003122E3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 в 4 классе обучающийся научится:</w:t>
      </w:r>
    </w:p>
    <w:p w:rsidR="00496093" w:rsidRPr="003122E3" w:rsidRDefault="003122E3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читать, записывать, сравнивать, упорядочивать многозначные числа; </w:t>
      </w:r>
    </w:p>
    <w:p w:rsidR="00496093" w:rsidRPr="003122E3" w:rsidRDefault="003122E3">
      <w:pPr>
        <w:autoSpaceDE w:val="0"/>
        <w:autoSpaceDN w:val="0"/>
        <w:spacing w:before="190" w:after="0" w:line="230" w:lineRule="auto"/>
        <w:jc w:val="center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число большее/меньшее данного числа на заданное число, в заданное число раз; </w:t>
      </w:r>
    </w:p>
    <w:p w:rsidR="00496093" w:rsidRPr="003122E3" w:rsidRDefault="003122E3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арифметические действия: сложение и вычитание с многозначными числами письменно (в пределах 100 - устно); </w:t>
      </w:r>
    </w:p>
    <w:p w:rsidR="00496093" w:rsidRPr="003122E3" w:rsidRDefault="003122E3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умножение и деление многозначного числа на однозначное, двузначное число письменно (в пределах 100 - устно); </w:t>
      </w:r>
    </w:p>
    <w:p w:rsidR="00496093" w:rsidRPr="003122E3" w:rsidRDefault="003122E3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деление с остатком — письменно (в пределах 1000); вычислять значение числового выражения (со скобками/без скобок), содержащего действия сложения, вычитания, умножения, деления с многозначными числами; </w:t>
      </w:r>
    </w:p>
    <w:p w:rsidR="00496093" w:rsidRPr="003122E3" w:rsidRDefault="003122E3">
      <w:pPr>
        <w:autoSpaceDE w:val="0"/>
        <w:autoSpaceDN w:val="0"/>
        <w:spacing w:before="192" w:after="0" w:line="230" w:lineRule="auto"/>
        <w:ind w:left="42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при вычислениях изученные свойства арифметических действий; </w:t>
      </w:r>
    </w:p>
    <w:p w:rsidR="00496093" w:rsidRPr="003122E3" w:rsidRDefault="003122E3">
      <w:pPr>
        <w:autoSpaceDE w:val="0"/>
        <w:autoSpaceDN w:val="0"/>
        <w:spacing w:before="192" w:after="0" w:line="230" w:lineRule="auto"/>
        <w:ind w:left="42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прикидку результата вычислений; </w:t>
      </w:r>
    </w:p>
    <w:p w:rsidR="00496093" w:rsidRPr="003122E3" w:rsidRDefault="003122E3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осуществлять проверку полученного результата по критериям: достоверность (реальность), соответствие правилу/алгоритму, а также с помощью калькулятора; </w:t>
      </w:r>
    </w:p>
    <w:p w:rsidR="00496093" w:rsidRPr="003122E3" w:rsidRDefault="003122E3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долю величины, величину по ее доле; находить неизвестный компонент </w:t>
      </w:r>
      <w:r w:rsidRPr="003122E3">
        <w:rPr>
          <w:lang w:val="ru-RU"/>
        </w:rPr>
        <w:br/>
      </w: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арифметического действия; использовать единицы величин для при решении задач (длина, масса, время, вместимость, стоимость, площадь, скорость); </w:t>
      </w:r>
    </w:p>
    <w:p w:rsidR="00496093" w:rsidRPr="003122E3" w:rsidRDefault="003122E3">
      <w:pPr>
        <w:autoSpaceDE w:val="0"/>
        <w:autoSpaceDN w:val="0"/>
        <w:spacing w:before="190" w:after="0"/>
        <w:ind w:left="420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при решении задач единицы длины (миллиметр, сантиметр, дециметр, метр, километр), массы (грамм, килограмм, центнер, тонна), времени (секунда, минута, час; сутки, неделя, месяц, год, век), вместимости (литр), стоимости (копейка, рубль), площади (квадратный метр, квадратный дециметр, квадратный сантиметр), скорости (километр в час, метр в секунду); </w:t>
      </w:r>
    </w:p>
    <w:p w:rsidR="00496093" w:rsidRPr="003122E3" w:rsidRDefault="003122E3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при решении текстовых задач и в практических ситуациях соотношения между скоростью, временем и пройденным путем, между производительностью, временем и объёмом</w:t>
      </w:r>
    </w:p>
    <w:p w:rsidR="00496093" w:rsidRPr="003122E3" w:rsidRDefault="00496093">
      <w:pPr>
        <w:rPr>
          <w:lang w:val="ru-RU"/>
        </w:rPr>
        <w:sectPr w:rsidR="00496093" w:rsidRPr="003122E3">
          <w:pgSz w:w="11900" w:h="16840"/>
          <w:pgMar w:top="364" w:right="740" w:bottom="312" w:left="666" w:header="720" w:footer="720" w:gutter="0"/>
          <w:cols w:space="720" w:equalWidth="0">
            <w:col w:w="10494" w:space="0"/>
          </w:cols>
          <w:docGrid w:linePitch="360"/>
        </w:sectPr>
      </w:pPr>
    </w:p>
    <w:p w:rsidR="00496093" w:rsidRPr="003122E3" w:rsidRDefault="00496093">
      <w:pPr>
        <w:autoSpaceDE w:val="0"/>
        <w:autoSpaceDN w:val="0"/>
        <w:spacing w:after="72" w:line="220" w:lineRule="exact"/>
        <w:rPr>
          <w:lang w:val="ru-RU"/>
        </w:rPr>
      </w:pPr>
    </w:p>
    <w:p w:rsidR="00496093" w:rsidRPr="003122E3" w:rsidRDefault="003122E3">
      <w:pPr>
        <w:autoSpaceDE w:val="0"/>
        <w:autoSpaceDN w:val="0"/>
        <w:spacing w:after="0" w:line="262" w:lineRule="auto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работы; определять с помощью цифровых и аналоговых приборов массу предмета, температуру (например, воды, воздуха в помещении), скорость движения транспортного средства; </w:t>
      </w:r>
    </w:p>
    <w:p w:rsidR="00496093" w:rsidRPr="003122E3" w:rsidRDefault="003122E3">
      <w:pPr>
        <w:autoSpaceDE w:val="0"/>
        <w:autoSpaceDN w:val="0"/>
        <w:spacing w:before="190" w:after="0" w:line="262" w:lineRule="auto"/>
        <w:ind w:right="144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определять с помощью измерительных сосудов вместимость; выполнять прикидку и оценку результата измерений; </w:t>
      </w:r>
    </w:p>
    <w:p w:rsidR="00496093" w:rsidRPr="003122E3" w:rsidRDefault="003122E3">
      <w:pPr>
        <w:autoSpaceDE w:val="0"/>
        <w:autoSpaceDN w:val="0"/>
        <w:spacing w:before="190" w:after="0"/>
        <w:ind w:right="432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решать текстовые задачи в 1—3 действия, выполнять преобразование заданных величин, выбирать при решении подходящие способы вычисления, сочетая устные и письменные вычисления и используя, при необходимости, вычислительные устройства, оценивать полученный результат по критериям: достоверность/реальность, соответствие условию; </w:t>
      </w:r>
    </w:p>
    <w:p w:rsidR="00496093" w:rsidRPr="003122E3" w:rsidRDefault="003122E3">
      <w:pPr>
        <w:autoSpaceDE w:val="0"/>
        <w:autoSpaceDN w:val="0"/>
        <w:spacing w:before="190" w:after="0" w:line="278" w:lineRule="auto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решать практические задачи, связанные с повседневной жизнью (на покупки, движение и т.п.), в том числе, с избыточными данными, находить недостающую информацию (например, из таблиц, схем), находить и оценивать различные способы решения, использовать подходящие способы проверки; </w:t>
      </w:r>
    </w:p>
    <w:p w:rsidR="00496093" w:rsidRPr="003122E3" w:rsidRDefault="003122E3">
      <w:pPr>
        <w:autoSpaceDE w:val="0"/>
        <w:autoSpaceDN w:val="0"/>
        <w:spacing w:before="190" w:after="0" w:line="262" w:lineRule="auto"/>
        <w:ind w:right="576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различать, называть геометрические фигуры: окружность, круг; изображать с помощью циркуля и линейки окружность заданного радиуса; </w:t>
      </w:r>
    </w:p>
    <w:p w:rsidR="00496093" w:rsidRPr="003122E3" w:rsidRDefault="003122E3">
      <w:pPr>
        <w:autoSpaceDE w:val="0"/>
        <w:autoSpaceDN w:val="0"/>
        <w:spacing w:before="190" w:after="0" w:line="262" w:lineRule="auto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различать изображения простейших пространственных фигур: шара, куба, цилиндра, конуса, пирамиды; </w:t>
      </w:r>
    </w:p>
    <w:p w:rsidR="00496093" w:rsidRPr="003122E3" w:rsidRDefault="003122E3">
      <w:pPr>
        <w:autoSpaceDE w:val="0"/>
        <w:autoSpaceDN w:val="0"/>
        <w:spacing w:before="190" w:after="0" w:line="262" w:lineRule="auto"/>
        <w:ind w:right="288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в простейших случаях проекции предметов окружающего мира на плоскость (пол, стену); </w:t>
      </w:r>
    </w:p>
    <w:p w:rsidR="00496093" w:rsidRPr="003122E3" w:rsidRDefault="003122E3">
      <w:pPr>
        <w:autoSpaceDE w:val="0"/>
        <w:autoSpaceDN w:val="0"/>
        <w:spacing w:before="190" w:after="0" w:line="271" w:lineRule="auto"/>
        <w:ind w:right="288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разбиение (показывать на рисунке, чертеже) простейшей составной фигуры на прямоугольники (квадраты), находить периметр и площадь фигур, составленных из двух трех прямоугольников (квадратов); </w:t>
      </w:r>
    </w:p>
    <w:p w:rsidR="00496093" w:rsidRPr="003122E3" w:rsidRDefault="003122E3">
      <w:pPr>
        <w:autoSpaceDE w:val="0"/>
        <w:autoSpaceDN w:val="0"/>
        <w:spacing w:before="190" w:after="0" w:line="262" w:lineRule="auto"/>
        <w:ind w:right="576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верные (истинные) и неверные (ложные) утверждения; приводить пример, контрпример; </w:t>
      </w:r>
    </w:p>
    <w:p w:rsidR="00496093" w:rsidRPr="003122E3" w:rsidRDefault="003122E3">
      <w:pPr>
        <w:autoSpaceDE w:val="0"/>
        <w:autoSpaceDN w:val="0"/>
        <w:spacing w:before="190" w:after="0" w:line="271" w:lineRule="auto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формулировать утверждение (вывод), строить логические рассуждения (одно/двухшаговые) с использованием изученных связок; классифицировать объекты по заданным/самостоятельно установленным одному, двум признакам; </w:t>
      </w:r>
    </w:p>
    <w:p w:rsidR="00496093" w:rsidRPr="003122E3" w:rsidRDefault="003122E3">
      <w:pPr>
        <w:autoSpaceDE w:val="0"/>
        <w:autoSpaceDN w:val="0"/>
        <w:spacing w:before="190" w:after="0" w:line="278" w:lineRule="auto"/>
        <w:ind w:right="576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извлекать и использовать для выполнения заданий и решения задач информацию, представленную в простейших столбчатых диаграммах, таблицах с данными о реальных процессах и явлениях окружающего мира (например, календарь, расписание), в предметах повседневной жизни (например, счет, меню, прайс-лист, объявление); </w:t>
      </w:r>
    </w:p>
    <w:p w:rsidR="00496093" w:rsidRPr="003122E3" w:rsidRDefault="003122E3">
      <w:pPr>
        <w:autoSpaceDE w:val="0"/>
        <w:autoSpaceDN w:val="0"/>
        <w:spacing w:before="190" w:after="0" w:line="271" w:lineRule="auto"/>
        <w:ind w:right="1152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заполнять данными предложенную таблицу, столбчатую диаграмму; использовать формализованные описания последовательности действий (алгоритм, план, схема) в практических и учебных ситуациях; </w:t>
      </w:r>
    </w:p>
    <w:p w:rsidR="00496093" w:rsidRPr="003122E3" w:rsidRDefault="003122E3">
      <w:pPr>
        <w:autoSpaceDE w:val="0"/>
        <w:autoSpaceDN w:val="0"/>
        <w:spacing w:before="190" w:after="0" w:line="262" w:lineRule="auto"/>
        <w:ind w:right="576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дополнять алгоритм, упорядочивать шаги алгоритма; выбирать рациональное решение; составлять модель текстовой задачи, числовое выражение; </w:t>
      </w:r>
    </w:p>
    <w:p w:rsidR="00496093" w:rsidRPr="003122E3" w:rsidRDefault="003122E3">
      <w:pPr>
        <w:autoSpaceDE w:val="0"/>
        <w:autoSpaceDN w:val="0"/>
        <w:spacing w:before="190" w:after="0" w:line="230" w:lineRule="auto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конструировать ход решения математической задачи; </w:t>
      </w:r>
    </w:p>
    <w:p w:rsidR="00496093" w:rsidRPr="003122E3" w:rsidRDefault="003122E3">
      <w:pPr>
        <w:autoSpaceDE w:val="0"/>
        <w:autoSpaceDN w:val="0"/>
        <w:spacing w:before="190" w:after="0" w:line="230" w:lineRule="auto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—  находить все верные решения задачи из предложенных.</w:t>
      </w:r>
    </w:p>
    <w:p w:rsidR="00496093" w:rsidRPr="003122E3" w:rsidRDefault="00496093">
      <w:pPr>
        <w:rPr>
          <w:lang w:val="ru-RU"/>
        </w:rPr>
        <w:sectPr w:rsidR="00496093" w:rsidRPr="003122E3">
          <w:pgSz w:w="11900" w:h="16840"/>
          <w:pgMar w:top="292" w:right="794" w:bottom="1104" w:left="1086" w:header="720" w:footer="720" w:gutter="0"/>
          <w:cols w:space="720" w:equalWidth="0">
            <w:col w:w="10019" w:space="0"/>
          </w:cols>
          <w:docGrid w:linePitch="360"/>
        </w:sectPr>
      </w:pPr>
    </w:p>
    <w:p w:rsidR="00496093" w:rsidRPr="003122E3" w:rsidRDefault="00496093">
      <w:pPr>
        <w:autoSpaceDE w:val="0"/>
        <w:autoSpaceDN w:val="0"/>
        <w:spacing w:after="64" w:line="220" w:lineRule="exact"/>
        <w:rPr>
          <w:lang w:val="ru-RU"/>
        </w:rPr>
      </w:pPr>
    </w:p>
    <w:p w:rsidR="00496093" w:rsidRDefault="003122E3">
      <w:pPr>
        <w:autoSpaceDE w:val="0"/>
        <w:autoSpaceDN w:val="0"/>
        <w:spacing w:after="666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/>
      </w:tblPr>
      <w:tblGrid>
        <w:gridCol w:w="396"/>
        <w:gridCol w:w="4588"/>
        <w:gridCol w:w="528"/>
        <w:gridCol w:w="1104"/>
        <w:gridCol w:w="896"/>
        <w:gridCol w:w="1108"/>
        <w:gridCol w:w="3326"/>
        <w:gridCol w:w="1118"/>
        <w:gridCol w:w="2438"/>
      </w:tblGrid>
      <w:tr w:rsidR="00496093" w:rsidRPr="005544E5" w:rsidTr="003122E3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5544E5" w:rsidRDefault="003122E3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№</w:t>
            </w:r>
            <w:r w:rsidRPr="005544E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п/п</w:t>
            </w:r>
          </w:p>
        </w:tc>
        <w:tc>
          <w:tcPr>
            <w:tcW w:w="45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5544E5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2528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5544E5" w:rsidRDefault="003122E3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Количествочасов</w:t>
            </w:r>
          </w:p>
        </w:tc>
        <w:tc>
          <w:tcPr>
            <w:tcW w:w="1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5544E5" w:rsidRDefault="003122E3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Дата </w:t>
            </w:r>
            <w:r w:rsidRPr="005544E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изучения</w:t>
            </w:r>
          </w:p>
        </w:tc>
        <w:tc>
          <w:tcPr>
            <w:tcW w:w="33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5544E5" w:rsidRDefault="003122E3">
            <w:pPr>
              <w:autoSpaceDE w:val="0"/>
              <w:autoSpaceDN w:val="0"/>
              <w:spacing w:before="78" w:after="0" w:line="230" w:lineRule="auto"/>
              <w:ind w:left="7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Виды деятельности</w:t>
            </w:r>
          </w:p>
        </w:tc>
        <w:tc>
          <w:tcPr>
            <w:tcW w:w="1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5544E5" w:rsidRDefault="003122E3">
            <w:pPr>
              <w:autoSpaceDE w:val="0"/>
              <w:autoSpaceDN w:val="0"/>
              <w:spacing w:before="78" w:after="0" w:line="247" w:lineRule="auto"/>
              <w:ind w:left="72" w:right="28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Виды, </w:t>
            </w:r>
            <w:r w:rsidRPr="005544E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формы </w:t>
            </w:r>
            <w:r w:rsidRPr="005544E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контроля</w:t>
            </w:r>
          </w:p>
        </w:tc>
        <w:tc>
          <w:tcPr>
            <w:tcW w:w="24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5544E5" w:rsidRDefault="003122E3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496093" w:rsidRPr="005544E5" w:rsidTr="003122E3">
        <w:trPr>
          <w:trHeight w:hRule="exact" w:val="922"/>
        </w:trPr>
        <w:tc>
          <w:tcPr>
            <w:tcW w:w="3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093" w:rsidRPr="005544E5" w:rsidRDefault="004960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496093" w:rsidRPr="005544E5" w:rsidRDefault="004960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5544E5" w:rsidRDefault="003122E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5544E5" w:rsidRDefault="003122E3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контрольные работы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5544E5" w:rsidRDefault="003122E3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практические работы</w:t>
            </w:r>
          </w:p>
        </w:tc>
        <w:tc>
          <w:tcPr>
            <w:tcW w:w="11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093" w:rsidRPr="005544E5" w:rsidRDefault="004960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093" w:rsidRPr="005544E5" w:rsidRDefault="004960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093" w:rsidRPr="005544E5" w:rsidRDefault="004960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093" w:rsidRPr="005544E5" w:rsidRDefault="004960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96093" w:rsidRPr="005544E5">
        <w:trPr>
          <w:trHeight w:hRule="exact" w:val="35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5544E5" w:rsidRDefault="003122E3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Раздел 1. Числа</w:t>
            </w:r>
          </w:p>
        </w:tc>
      </w:tr>
      <w:tr w:rsidR="00496093" w:rsidRPr="00C73CB9" w:rsidTr="002570D0">
        <w:trPr>
          <w:trHeight w:hRule="exact" w:val="445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5544E5" w:rsidRDefault="003122E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1.1.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5544E5" w:rsidRDefault="003122E3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Числа в пределах миллиона: чтение, запись, поразрядное сравнение, упорядочение.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5544E5" w:rsidRDefault="003122E3">
            <w:pPr>
              <w:autoSpaceDE w:val="0"/>
              <w:autoSpaceDN w:val="0"/>
              <w:spacing w:before="76" w:after="0" w:line="233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5544E5" w:rsidRDefault="003122E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5544E5" w:rsidRDefault="003122E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0.25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5544E5" w:rsidRDefault="003122E3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01.09.2022 09.09.2022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5544E5" w:rsidRDefault="003122E3">
            <w:pPr>
              <w:autoSpaceDE w:val="0"/>
              <w:autoSpaceDN w:val="0"/>
              <w:spacing w:before="76" w:after="0" w:line="252" w:lineRule="auto"/>
              <w:ind w:left="74" w:right="14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Упражнения: устная и письменная работа с числами: запись многозначного числа, его представление в виде суммы разрядных </w:t>
            </w:r>
            <w:r w:rsidRPr="005544E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слагаемых; классы и разряды; выбор чисел с заданными свойствами (число разрядных единиц, чётность и т. д.);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5544E5" w:rsidRDefault="003122E3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Устный</w:t>
            </w:r>
            <w:r w:rsidRPr="005544E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опрос; </w:t>
            </w:r>
            <w:r w:rsidRPr="005544E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Практическаяработа;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2570D0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Инфоурок</w:t>
            </w:r>
            <w:r w:rsidRPr="00413F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  <w:p w:rsidR="002570D0" w:rsidRPr="002570D0" w:rsidRDefault="002570D0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Урок «Числа в пределах миллион…» - </w:t>
            </w:r>
          </w:p>
          <w:p w:rsidR="002570D0" w:rsidRPr="002570D0" w:rsidRDefault="00BD1041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hyperlink r:id="rId7" w:history="1">
              <w:r w:rsidR="002570D0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https</w:t>
              </w:r>
              <w:r w:rsidR="002570D0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2570D0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infourok</w:t>
              </w:r>
              <w:r w:rsidR="002570D0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2570D0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r w:rsidR="002570D0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="002570D0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prezentaciya</w:t>
              </w:r>
              <w:r w:rsidR="002570D0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r w:rsidR="002570D0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po</w:t>
              </w:r>
              <w:r w:rsidR="002570D0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r w:rsidR="002570D0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matematike</w:t>
              </w:r>
              <w:r w:rsidR="002570D0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r w:rsidR="002570D0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na</w:t>
              </w:r>
              <w:r w:rsidR="002570D0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r w:rsidR="002570D0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temu</w:t>
              </w:r>
              <w:r w:rsidR="002570D0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r w:rsidR="002570D0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chtenie</w:t>
              </w:r>
              <w:r w:rsidR="002570D0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r w:rsidR="002570D0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i</w:t>
              </w:r>
              <w:r w:rsidR="002570D0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r w:rsidR="002570D0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zapis</w:t>
              </w:r>
              <w:r w:rsidR="002570D0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r w:rsidR="002570D0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mnogoznachnyh</w:t>
              </w:r>
              <w:r w:rsidR="002570D0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r w:rsidR="002570D0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chisel</w:t>
              </w:r>
              <w:r w:rsidR="002570D0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r w:rsidR="002570D0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klass</w:t>
              </w:r>
              <w:r w:rsidR="002570D0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r w:rsidR="002570D0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millionov</w:t>
              </w:r>
              <w:r w:rsidR="002570D0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r w:rsidR="002570D0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klass</w:t>
              </w:r>
              <w:r w:rsidR="002570D0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r w:rsidR="002570D0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milliardov</w:t>
              </w:r>
              <w:r w:rsidR="002570D0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-4-</w:t>
              </w:r>
              <w:r w:rsidR="002570D0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klass</w:t>
              </w:r>
              <w:r w:rsidR="002570D0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-4479235.</w:t>
              </w:r>
              <w:r w:rsidR="002570D0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html</w:t>
              </w:r>
            </w:hyperlink>
          </w:p>
        </w:tc>
      </w:tr>
      <w:tr w:rsidR="00496093" w:rsidRPr="00C73CB9" w:rsidTr="002570D0">
        <w:trPr>
          <w:trHeight w:hRule="exact" w:val="341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5544E5" w:rsidRDefault="003122E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1.2.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5544E5" w:rsidRDefault="003122E3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Число, большее или меньшее данного числа на  заданное число разрядных единиц, в заданное число раз.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5544E5" w:rsidRDefault="003122E3">
            <w:pPr>
              <w:autoSpaceDE w:val="0"/>
              <w:autoSpaceDN w:val="0"/>
              <w:spacing w:before="76" w:after="0" w:line="233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5544E5" w:rsidRDefault="003122E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5544E5" w:rsidRDefault="003122E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0.25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5544E5" w:rsidRDefault="003122E3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12.09.2022 15.09.2022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5544E5" w:rsidRDefault="003122E3">
            <w:pPr>
              <w:autoSpaceDE w:val="0"/>
              <w:autoSpaceDN w:val="0"/>
              <w:spacing w:before="76" w:after="0" w:line="250" w:lineRule="auto"/>
              <w:ind w:left="74" w:right="72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Моделирование многозначных чисел, характеристика классов и разрядов многозначного числа;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5544E5" w:rsidRDefault="003122E3">
            <w:pPr>
              <w:autoSpaceDE w:val="0"/>
              <w:autoSpaceDN w:val="0"/>
              <w:spacing w:before="76" w:after="0" w:line="252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Устный </w:t>
            </w:r>
            <w:r w:rsidRPr="005544E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опрос; </w:t>
            </w:r>
            <w:r w:rsidRPr="005544E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Практическая работа; </w:t>
            </w:r>
            <w:r w:rsidRPr="005544E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Диктант;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5544E5" w:rsidRDefault="002570D0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РЭШ. Урок «Разрядные слагаемые. Сравнение многозначных чисел». - </w:t>
            </w:r>
            <w:hyperlink r:id="rId8" w:history="1"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https://resh.edu.ru/subject/lesson/5232/start/214210/</w:t>
              </w:r>
            </w:hyperlink>
          </w:p>
        </w:tc>
      </w:tr>
      <w:tr w:rsidR="00496093" w:rsidRPr="00D834AE" w:rsidTr="003122E3">
        <w:trPr>
          <w:trHeight w:hRule="exact" w:val="369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2570D0" w:rsidRDefault="003122E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570D0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lastRenderedPageBreak/>
              <w:t>1.3.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2570D0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570D0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Свойства многозначного числа.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2570D0" w:rsidRDefault="003122E3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570D0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2570D0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570D0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2570D0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570D0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0.25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2570D0" w:rsidRDefault="003122E3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570D0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16.09.2022 17.09.2022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5544E5" w:rsidRDefault="003122E3">
            <w:pPr>
              <w:autoSpaceDE w:val="0"/>
              <w:autoSpaceDN w:val="0"/>
              <w:spacing w:before="78" w:after="0" w:line="247" w:lineRule="auto"/>
              <w:ind w:left="74" w:right="14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Учебный диалог: формулирование и проверка истинности утверждения о числе. Запись </w:t>
            </w:r>
            <w:r w:rsidRPr="005544E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числа, обладающего заданным свойством.</w:t>
            </w:r>
          </w:p>
          <w:p w:rsidR="00496093" w:rsidRPr="005544E5" w:rsidRDefault="003122E3">
            <w:pPr>
              <w:autoSpaceDE w:val="0"/>
              <w:autoSpaceDN w:val="0"/>
              <w:spacing w:before="20" w:after="0" w:line="250" w:lineRule="auto"/>
              <w:ind w:left="74" w:right="28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Называние и объяснение свойств числа: чётное/нечётное, круглое, трёх- (четырёх-, пяти-, шести-) значное; ведение </w:t>
            </w:r>
            <w:r w:rsidRPr="005544E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математических записей;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5544E5" w:rsidRDefault="003122E3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Практическаяработа;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34AE" w:rsidRPr="00D834AE" w:rsidRDefault="00D834AE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Youtub</w:t>
            </w:r>
            <w:r w:rsidRPr="00D834A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Урок «Свойства многозначного числа» -</w:t>
            </w:r>
          </w:p>
          <w:p w:rsidR="00496093" w:rsidRDefault="00BD104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hyperlink r:id="rId9" w:history="1">
              <w:r w:rsidR="00D834AE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https</w:t>
              </w:r>
              <w:r w:rsidR="00D834AE" w:rsidRPr="00D834A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D834AE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youtu</w:t>
              </w:r>
              <w:r w:rsidR="00D834AE" w:rsidRPr="00D834A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D834AE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be</w:t>
              </w:r>
              <w:r w:rsidR="00D834AE" w:rsidRPr="00D834A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/3</w:t>
              </w:r>
              <w:r w:rsidR="00D834AE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hjzmy</w:t>
              </w:r>
              <w:r w:rsidR="00D834AE" w:rsidRPr="00D834A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_</w:t>
              </w:r>
              <w:r w:rsidR="00D834AE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pg</w:t>
              </w:r>
              <w:r w:rsidR="00D834AE" w:rsidRPr="00D834A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3</w:t>
              </w:r>
              <w:r w:rsidR="00D834AE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o</w:t>
              </w:r>
            </w:hyperlink>
          </w:p>
          <w:p w:rsidR="00D834AE" w:rsidRPr="00D834AE" w:rsidRDefault="00D834AE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96093" w:rsidRPr="00C73CB9" w:rsidTr="00D834AE">
        <w:trPr>
          <w:trHeight w:hRule="exact" w:val="2839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D834AE" w:rsidRDefault="003122E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834A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1.4.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5544E5" w:rsidRDefault="003122E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Дополнение числа до  заданного круглого числа.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D834AE" w:rsidRDefault="003122E3">
            <w:pPr>
              <w:autoSpaceDE w:val="0"/>
              <w:autoSpaceDN w:val="0"/>
              <w:spacing w:before="76" w:after="0" w:line="233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834A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D834AE" w:rsidRDefault="003122E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834A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D834AE" w:rsidRDefault="003122E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834A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0.25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D834AE" w:rsidRDefault="003122E3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834A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18.09.2022 19.09.2022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5544E5" w:rsidRDefault="003122E3">
            <w:pPr>
              <w:autoSpaceDE w:val="0"/>
              <w:autoSpaceDN w:val="0"/>
              <w:spacing w:before="76" w:after="0" w:line="250" w:lineRule="auto"/>
              <w:ind w:left="7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Работа в парах/группах. Упорядочение </w:t>
            </w:r>
            <w:r w:rsidRPr="005544E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многозначных чисел. Классификация чисел по одному-двум основаниям. </w:t>
            </w: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Записьобщего</w:t>
            </w:r>
            <w:r w:rsidRPr="005544E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свойствагруппы чисел;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5544E5" w:rsidRDefault="003122E3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Практическая работа;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D834AE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Инфоурок. Урок « Дополнение числа до круглого числа» - </w:t>
            </w:r>
            <w:hyperlink r:id="rId10" w:history="1">
              <w:r w:rsidRPr="001D0330">
                <w:rPr>
                  <w:rStyle w:val="aff9"/>
                  <w:rFonts w:ascii="Times New Roman" w:eastAsia="Times New Roman" w:hAnsi="Times New Roman" w:cs="Times New Roman"/>
                  <w:b/>
                  <w:w w:val="97"/>
                  <w:sz w:val="24"/>
                  <w:szCs w:val="24"/>
                  <w:lang w:val="ru-RU"/>
                </w:rPr>
                <w:t>https://infourok.ru/prezentaciya-dopolnenie-do-kruglogo-chisla-413766.html</w:t>
              </w:r>
            </w:hyperlink>
          </w:p>
          <w:p w:rsidR="00D834AE" w:rsidRPr="005544E5" w:rsidRDefault="00D834AE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96093" w:rsidRPr="00D834AE">
        <w:trPr>
          <w:trHeight w:hRule="exact" w:val="348"/>
        </w:trPr>
        <w:tc>
          <w:tcPr>
            <w:tcW w:w="4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D834AE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834A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D834AE" w:rsidRDefault="003122E3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834A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11</w:t>
            </w:r>
          </w:p>
        </w:tc>
        <w:tc>
          <w:tcPr>
            <w:tcW w:w="99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D834AE" w:rsidRDefault="00496093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96093" w:rsidRPr="00D834AE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D834AE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834A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Раздел 2. Величины</w:t>
            </w:r>
          </w:p>
        </w:tc>
      </w:tr>
      <w:tr w:rsidR="00496093" w:rsidRPr="00C73CB9" w:rsidTr="003122E3">
        <w:trPr>
          <w:trHeight w:hRule="exact" w:val="425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D834AE" w:rsidRDefault="003122E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834A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lastRenderedPageBreak/>
              <w:t>2.1.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5544E5" w:rsidRDefault="003122E3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Величины: сравнение объектов по массе, длине, площади, вместимости.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D834AE" w:rsidRDefault="003122E3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834A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5544E5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5544E5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5544E5" w:rsidRDefault="003122E3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20.09.2022 21.09.2022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5544E5" w:rsidRDefault="003122E3">
            <w:pPr>
              <w:autoSpaceDE w:val="0"/>
              <w:autoSpaceDN w:val="0"/>
              <w:spacing w:before="78" w:after="0" w:line="230" w:lineRule="auto"/>
              <w:ind w:left="7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Обсуждение практических ситуаций.</w:t>
            </w:r>
          </w:p>
          <w:p w:rsidR="00496093" w:rsidRPr="005544E5" w:rsidRDefault="003122E3">
            <w:pPr>
              <w:autoSpaceDE w:val="0"/>
              <w:autoSpaceDN w:val="0"/>
              <w:spacing w:before="20" w:after="0" w:line="250" w:lineRule="auto"/>
              <w:ind w:left="74" w:right="28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Распознавание величин, характеризующих процесс движения (скорость, время, </w:t>
            </w:r>
            <w:r w:rsidRPr="005544E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расстояние), работы (производительность труда, время работы, объём работ).</w:t>
            </w:r>
          </w:p>
          <w:p w:rsidR="00496093" w:rsidRPr="005544E5" w:rsidRDefault="003122E3">
            <w:pPr>
              <w:autoSpaceDE w:val="0"/>
              <w:autoSpaceDN w:val="0"/>
              <w:spacing w:before="20" w:after="0" w:line="250" w:lineRule="auto"/>
              <w:ind w:left="74" w:right="43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Установление зависимостей между </w:t>
            </w:r>
            <w:r w:rsidRPr="005544E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величинами. Упорядочение по скорости, времени, массе;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5544E5" w:rsidRDefault="003122E3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Устный</w:t>
            </w:r>
            <w:r w:rsidRPr="005544E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5544E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опрос;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D834AE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Инфоурок. Урок «Величины» - </w:t>
            </w:r>
            <w:hyperlink r:id="rId11" w:history="1">
              <w:r w:rsidRPr="001D0330">
                <w:rPr>
                  <w:rStyle w:val="aff9"/>
                  <w:rFonts w:ascii="Times New Roman" w:eastAsia="Times New Roman" w:hAnsi="Times New Roman" w:cs="Times New Roman"/>
                  <w:b/>
                  <w:w w:val="97"/>
                  <w:sz w:val="24"/>
                  <w:szCs w:val="24"/>
                  <w:lang w:val="ru-RU"/>
                </w:rPr>
                <w:t>https://infourok.ru/prezentaciya_po_matematike_na_temu-392602.htm</w:t>
              </w:r>
            </w:hyperlink>
          </w:p>
          <w:p w:rsidR="00D834AE" w:rsidRPr="005544E5" w:rsidRDefault="00D834AE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496093" w:rsidRPr="003122E3" w:rsidRDefault="00496093">
      <w:pPr>
        <w:autoSpaceDE w:val="0"/>
        <w:autoSpaceDN w:val="0"/>
        <w:spacing w:after="0" w:line="14" w:lineRule="exact"/>
        <w:rPr>
          <w:lang w:val="ru-RU"/>
        </w:rPr>
      </w:pPr>
    </w:p>
    <w:p w:rsidR="00496093" w:rsidRPr="003122E3" w:rsidRDefault="00496093">
      <w:pPr>
        <w:rPr>
          <w:lang w:val="ru-RU"/>
        </w:rPr>
        <w:sectPr w:rsidR="00496093" w:rsidRPr="003122E3">
          <w:pgSz w:w="16840" w:h="11900"/>
          <w:pgMar w:top="282" w:right="640" w:bottom="91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96093" w:rsidRPr="003122E3" w:rsidRDefault="00496093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396"/>
        <w:gridCol w:w="4588"/>
        <w:gridCol w:w="528"/>
        <w:gridCol w:w="1104"/>
        <w:gridCol w:w="896"/>
        <w:gridCol w:w="1108"/>
        <w:gridCol w:w="3326"/>
        <w:gridCol w:w="1118"/>
        <w:gridCol w:w="2438"/>
      </w:tblGrid>
      <w:tr w:rsidR="00496093" w:rsidRPr="00C73CB9" w:rsidTr="00666FDC">
        <w:trPr>
          <w:trHeight w:hRule="exact" w:val="568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D834AE" w:rsidRDefault="003122E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834A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2.2.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Единицы массы — центнер, тонна; соотношения между единицами массы.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D834AE" w:rsidRDefault="003122E3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834A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D834AE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834A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D834AE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834A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0.25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D834AE" w:rsidRDefault="003122E3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834A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22.09.2022 23.09.2022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8" w:after="0" w:line="252" w:lineRule="auto"/>
              <w:ind w:left="74" w:right="14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Комментирование. Представление значения величины в разных единицах, пошаговый переход от более крупных единиц к более мелким; </w:t>
            </w:r>
            <w:r w:rsidRPr="003122E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Практические работы: сравнение величин и выполнение действий </w:t>
            </w:r>
            <w:r w:rsidRPr="003122E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(увеличение/уменьшение на/в) с величинами;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Устный </w:t>
            </w:r>
            <w:r w:rsidRPr="003122E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опрос; </w:t>
            </w:r>
            <w:r w:rsidRPr="003122E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Практическая работа; </w:t>
            </w:r>
            <w:r w:rsidRPr="003122E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Тестирование;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666FDC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Инфоурок. Урок «Единицы массы» - </w:t>
            </w:r>
            <w:hyperlink r:id="rId12" w:history="1"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https://infourok.ru/otkrytyj-urok-matematiki-v-4-klasse-po-teme-edinicy-massy-tonna-i-centner-i-sootnoshenie-mezhdu-nimi-5411832.html</w:t>
              </w:r>
            </w:hyperlink>
          </w:p>
          <w:p w:rsidR="00666FDC" w:rsidRDefault="00666FDC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Инфоурок. Урок Соотношение между единицами мссы» - </w:t>
            </w:r>
            <w:hyperlink r:id="rId13" w:history="1"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https://youtu.be/YIYrffEKrdA</w:t>
              </w:r>
            </w:hyperlink>
          </w:p>
          <w:p w:rsidR="00666FDC" w:rsidRDefault="00666FDC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66FDC" w:rsidRDefault="00666FDC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66FDC" w:rsidRPr="003122E3" w:rsidRDefault="00666FDC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96093" w:rsidRPr="00C73CB9" w:rsidTr="003122E3">
        <w:trPr>
          <w:trHeight w:hRule="exact" w:val="354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2.3.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8" w:after="0" w:line="245" w:lineRule="auto"/>
              <w:ind w:left="72" w:right="86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Единицы времени (сутки, неделя, месяц, год, век), соотношение между ними. </w:t>
            </w: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Календарь.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0.25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26.09.2022 27.09.2022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8" w:after="0" w:line="254" w:lineRule="auto"/>
              <w:ind w:left="74" w:right="14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Комментирование. Представление значения величины в разных единицах, пошаговый переход от более крупных единиц к более мелким; </w:t>
            </w:r>
            <w:r w:rsidRPr="003122E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Практические работы: сравнение величин и выполнение действий </w:t>
            </w:r>
            <w:r w:rsidRPr="003122E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(увеличение/уменьшение на/в) с величинами;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Письменный </w:t>
            </w:r>
            <w:r w:rsidRPr="003122E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контроль; </w:t>
            </w:r>
            <w:r w:rsidRPr="003122E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Практическая работа; </w:t>
            </w:r>
            <w:r w:rsidRPr="003122E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Тестирование;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666FDC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РЭШ. Урок «единицы времени» - </w:t>
            </w:r>
            <w:hyperlink r:id="rId14" w:history="1">
              <w:r w:rsidRPr="001D0330">
                <w:rPr>
                  <w:rStyle w:val="aff9"/>
                  <w:rFonts w:ascii="Times New Roman" w:eastAsia="Times New Roman" w:hAnsi="Times New Roman" w:cs="Times New Roman"/>
                  <w:b/>
                  <w:w w:val="97"/>
                  <w:sz w:val="24"/>
                  <w:szCs w:val="24"/>
                  <w:lang w:val="ru-RU"/>
                </w:rPr>
                <w:t>https://resh.edu.ru/subject/lesson/4578/start/214644/</w:t>
              </w:r>
            </w:hyperlink>
          </w:p>
          <w:p w:rsidR="00666FDC" w:rsidRPr="003122E3" w:rsidRDefault="00666FDC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96093" w:rsidRPr="00C73CB9" w:rsidTr="005D6CFD">
        <w:trPr>
          <w:trHeight w:hRule="exact" w:val="340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lastRenderedPageBreak/>
              <w:t>2.4.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6" w:after="0" w:line="252" w:lineRule="auto"/>
              <w:ind w:left="72" w:right="14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Единицы длины (миллиметр, сантиметр, дециметр, метр, километр), площади (квадратный метр, квадратный </w:t>
            </w:r>
            <w:r w:rsidRPr="003122E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дециметр, квадратный сантиметр), вместимости (литр), скорости (километры в  час, метры в  минуту, метры в </w:t>
            </w:r>
            <w:r w:rsidRPr="003122E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секунду); соотношение между единицами в  пределах 100 000.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6" w:after="0" w:line="233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0.75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29.09.2022 07.10.2022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6" w:after="0" w:line="250" w:lineRule="auto"/>
              <w:ind w:left="74" w:right="14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Практические работы: сравнение величин и выполнение действий </w:t>
            </w:r>
            <w:r w:rsidRPr="003122E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(увеличение/уменьшение на/в) с величинами;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6" w:after="0" w:line="252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Устный </w:t>
            </w:r>
            <w:r w:rsidRPr="003122E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опрос; </w:t>
            </w:r>
            <w:r w:rsidRPr="003122E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Практическая работа; </w:t>
            </w:r>
            <w:r w:rsidRPr="003122E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Тестирование;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D6CFD" w:rsidRDefault="00666FDC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РЭШ. Урок </w:t>
            </w:r>
            <w:r w:rsidR="005D6CF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« Метр. Таблица единиц длины» - </w:t>
            </w:r>
            <w:hyperlink r:id="rId15" w:history="1">
              <w:r w:rsidR="005D6CFD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https://resh.edu.ru/subject/lesson/4268/start/210582/</w:t>
              </w:r>
            </w:hyperlink>
          </w:p>
          <w:p w:rsidR="00496093" w:rsidRDefault="005D6CFD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Урок </w:t>
            </w:r>
            <w:r w:rsidR="00666FD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«Единицы площади» - </w:t>
            </w:r>
            <w:hyperlink r:id="rId16" w:history="1">
              <w:r w:rsidR="00666FDC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https://resh.edu.ru/subject/lesson/3983/start/214334/</w:t>
              </w:r>
            </w:hyperlink>
          </w:p>
          <w:p w:rsidR="00666FDC" w:rsidRPr="003122E3" w:rsidRDefault="00666FDC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96093" w:rsidRPr="00AB2592" w:rsidTr="005D6CFD">
        <w:trPr>
          <w:trHeight w:hRule="exact" w:val="454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2.5.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Доля величины времени, массы, длины.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08.10.2022 10.10.2022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8" w:after="0" w:line="254" w:lineRule="auto"/>
              <w:ind w:left="74" w:right="14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Выбор и использование соответствующей ситуации единицы измерения. Нахождение доли величины на основе содержательного смысла; </w:t>
            </w:r>
            <w:r w:rsidRPr="003122E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Дифференцированное задание: оформление математической записи: запись в виде </w:t>
            </w:r>
            <w:r w:rsidRPr="003122E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равенства (неравенства) результата </w:t>
            </w:r>
            <w:r w:rsidRPr="003122E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разностного, кратного сравнения величин, увеличения/уменьшения значения величины в несколько раз;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Устный</w:t>
            </w:r>
            <w:r w:rsidRPr="003122E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опрос;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D6CFD" w:rsidRPr="00413F2A" w:rsidRDefault="005D6CFD" w:rsidP="005D6CFD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Инфоурок</w:t>
            </w:r>
            <w:r w:rsidRPr="00413F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Урок</w:t>
            </w:r>
            <w:r w:rsidRPr="00413F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Долявеличинывремени</w:t>
            </w:r>
            <w:r w:rsidRPr="00413F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» -</w:t>
            </w:r>
            <w:r w:rsidRPr="00413F2A">
              <w:t xml:space="preserve"> 4Hm3YrYNgczRAP7jbGCZ7vA8XwbBR8DWMU7Bm9FKZqjxQXPPcwMP1kDbK3mtBSdt2c6TmLCPiMSXa39uBiEBwkg4FW9DH2oqmJa3QMpEti   </w:t>
            </w:r>
          </w:p>
          <w:p w:rsidR="005D6CFD" w:rsidRPr="00413F2A" w:rsidRDefault="005D6CFD" w:rsidP="005D6CFD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96093" w:rsidRPr="005D6CFD">
        <w:trPr>
          <w:trHeight w:hRule="exact" w:val="348"/>
        </w:trPr>
        <w:tc>
          <w:tcPr>
            <w:tcW w:w="4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5D6CFD" w:rsidRDefault="003122E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D6CF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5D6CFD" w:rsidRDefault="003122E3">
            <w:pPr>
              <w:autoSpaceDE w:val="0"/>
              <w:autoSpaceDN w:val="0"/>
              <w:spacing w:before="76" w:after="0" w:line="233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D6CF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12</w:t>
            </w:r>
          </w:p>
        </w:tc>
        <w:tc>
          <w:tcPr>
            <w:tcW w:w="99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5D6CFD" w:rsidRDefault="00496093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96093" w:rsidRPr="005D6CFD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5D6CFD" w:rsidRDefault="003122E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D6CF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Раздел 3. Арифметические действия</w:t>
            </w:r>
          </w:p>
        </w:tc>
      </w:tr>
      <w:tr w:rsidR="00496093" w:rsidRPr="00C73CB9" w:rsidTr="00FF6B2E">
        <w:trPr>
          <w:trHeight w:hRule="exact" w:val="511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5D6CFD" w:rsidRDefault="003122E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D6CF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lastRenderedPageBreak/>
              <w:t>3.1.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Письменное сложение, вычитание многозначных чисел в пределах миллиона.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6" w:after="0" w:line="233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0.25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11.10.2022 14.10.2022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6" w:after="0" w:line="254" w:lineRule="auto"/>
              <w:ind w:left="7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Алгоритмы письменных вычислений; </w:t>
            </w:r>
            <w:r w:rsidRPr="003122E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Применение приёмов устных вычислений, основанных на знании свойств </w:t>
            </w:r>
            <w:r w:rsidRPr="003122E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арифметических действий и состава числа; Практические работы: выполнение сложения и вычитания по алгоритму в пределах 100 000; </w:t>
            </w:r>
            <w:r w:rsidR="00FF6B2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выполнение умножения и деления.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Устный</w:t>
            </w:r>
            <w:r w:rsidRPr="003122E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опрос; </w:t>
            </w:r>
            <w:r w:rsidRPr="003122E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Практическаяработа;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FF6B2E" w:rsidRDefault="00FF6B2E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Youtub</w:t>
            </w:r>
            <w:r w:rsidRPr="00FF6B2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Урок «Письменное сложение, вычитание многозначных чисел в пределах миллиона». - </w:t>
            </w:r>
            <w:hyperlink r:id="rId17" w:history="1"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https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yandex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video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preview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/?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text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=%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0%9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F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8%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1%81%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1%8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C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BC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5%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BE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5%20%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1%81%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BB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BE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6%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5%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8%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5%20%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BC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BE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3%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BE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7%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1%87%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1%8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1%85%20%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1%87%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8%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1%81%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5%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BB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%20%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2%20%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BF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1%80%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5%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4%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5%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BB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1%85%20%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BC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8%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BB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BB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8%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BE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0%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0.&amp;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path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=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yandex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_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search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&amp;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parent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reqid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=1654316694028069-7704845438805616577-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vla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1-2630-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vla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l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7-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balancer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-8080-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BAL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-5894&amp;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from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_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type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=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vast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&amp;</w:t>
              </w:r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</w:rPr>
                <w:t>filmId</w:t>
              </w:r>
              <w:r w:rsidRPr="00FF6B2E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=17695325451371893464</w:t>
              </w:r>
            </w:hyperlink>
          </w:p>
          <w:p w:rsidR="00FF6B2E" w:rsidRPr="00FF6B2E" w:rsidRDefault="00FF6B2E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96093" w:rsidRPr="00C73CB9" w:rsidTr="00FF6B2E">
        <w:trPr>
          <w:trHeight w:hRule="exact" w:val="282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FF6B2E" w:rsidRDefault="003122E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6B2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3.2.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8" w:after="0" w:line="247" w:lineRule="auto"/>
              <w:ind w:left="72" w:right="14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Письменное умножение, деление многозначных чисел на однозначное/ двузначное число; деление с остатком (запись уголком) в пределах 100 000.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12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0.75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17.10.2022 11.11.2022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8" w:after="0" w:line="250" w:lineRule="auto"/>
              <w:ind w:left="7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Алгоритмы письменных вычислений; </w:t>
            </w:r>
            <w:r w:rsidRPr="003122E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Работа в группах: приведение примеров, </w:t>
            </w:r>
            <w:r w:rsidRPr="003122E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иллюстрирующих смысл и ход выполнения арифметических действий, свойства действий;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Устный </w:t>
            </w:r>
            <w:r w:rsidRPr="003122E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опрос; </w:t>
            </w:r>
            <w:r w:rsidRPr="003122E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Письменный контроль; </w:t>
            </w:r>
            <w:r w:rsidRPr="003122E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Практическая работа;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FF6B2E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РЭШ. Урок «Приёмы письменного деления на однозначное число»  - </w:t>
            </w:r>
            <w:hyperlink r:id="rId18" w:history="1"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https://resh.edu.ru/subject/lesson/5714/start/294023/</w:t>
              </w:r>
            </w:hyperlink>
          </w:p>
          <w:p w:rsidR="00FF6B2E" w:rsidRPr="00FF6B2E" w:rsidRDefault="00FF6B2E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96093" w:rsidRPr="00C73CB9" w:rsidTr="00FF6B2E">
        <w:trPr>
          <w:trHeight w:hRule="exact" w:val="296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3.3.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Умножение/деление на 10, 100, 1000.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6" w:after="0" w:line="233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0.25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14.11.2022 15.11.2022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6" w:after="0" w:line="245" w:lineRule="auto"/>
              <w:ind w:left="74" w:right="28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Умножение и деление круглых чисел (в том числе на 10, 100, 1000);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Устный</w:t>
            </w:r>
            <w:r w:rsidRPr="003122E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опрос; </w:t>
            </w:r>
            <w:r w:rsidRPr="003122E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3122E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Практическаяработа;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FF6B2E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Инфоурок. Урок «</w:t>
            </w:r>
            <w:r w:rsidRPr="00FF6B2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Умножение/деление на 10, 100, 1000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» - </w:t>
            </w:r>
            <w:hyperlink r:id="rId19" w:history="1">
              <w:r w:rsidRPr="001D0330">
                <w:rPr>
                  <w:rStyle w:val="aff9"/>
                  <w:rFonts w:ascii="Times New Roman" w:eastAsia="Times New Roman" w:hAnsi="Times New Roman" w:cs="Times New Roman"/>
                  <w:b/>
                  <w:w w:val="97"/>
                  <w:sz w:val="24"/>
                  <w:szCs w:val="24"/>
                  <w:lang w:val="ru-RU"/>
                </w:rPr>
                <w:t>https://infourok.ru/prezentaciya-po-matematike-na-temuumnozhenie-i-delenie-na-klass-2971790.html</w:t>
              </w:r>
            </w:hyperlink>
          </w:p>
          <w:p w:rsidR="00FF6B2E" w:rsidRPr="00FF6B2E" w:rsidRDefault="00FF6B2E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496093" w:rsidRPr="003122E3" w:rsidRDefault="00496093">
      <w:pPr>
        <w:autoSpaceDE w:val="0"/>
        <w:autoSpaceDN w:val="0"/>
        <w:spacing w:after="0" w:line="14" w:lineRule="exact"/>
        <w:rPr>
          <w:lang w:val="ru-RU"/>
        </w:rPr>
      </w:pPr>
    </w:p>
    <w:p w:rsidR="00496093" w:rsidRPr="003122E3" w:rsidRDefault="00496093">
      <w:pPr>
        <w:rPr>
          <w:lang w:val="ru-RU"/>
        </w:rPr>
        <w:sectPr w:rsidR="00496093" w:rsidRPr="003122E3">
          <w:pgSz w:w="16840" w:h="11900"/>
          <w:pgMar w:top="284" w:right="640" w:bottom="34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96093" w:rsidRPr="003122E3" w:rsidRDefault="00496093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396"/>
        <w:gridCol w:w="4588"/>
        <w:gridCol w:w="528"/>
        <w:gridCol w:w="1104"/>
        <w:gridCol w:w="896"/>
        <w:gridCol w:w="1108"/>
        <w:gridCol w:w="3326"/>
        <w:gridCol w:w="1118"/>
        <w:gridCol w:w="2438"/>
      </w:tblGrid>
      <w:tr w:rsidR="00496093" w:rsidRPr="00C73CB9" w:rsidTr="00FF6B2E">
        <w:trPr>
          <w:trHeight w:hRule="exact" w:val="497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FF6B2E" w:rsidRDefault="003122E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6B2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3.4.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Свойства арифметических действий и их применение для вычислений.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FF6B2E" w:rsidRDefault="003122E3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6B2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FF6B2E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6B2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FF6B2E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6B2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0.25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FF6B2E" w:rsidRDefault="003122E3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6B2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17.11.2022 21.11.2022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47" w:lineRule="auto"/>
              <w:ind w:left="74" w:right="28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Применение приёмов устных вычислений, основанных на знании свойств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арифметических действий и состава числа;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Устный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опрос;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Письменный контроль;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Практическая работа;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FF6B2E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Инфоурок. Урок «</w:t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Свойства арифметических действий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и их применение для вычислений» - </w:t>
            </w:r>
            <w:hyperlink r:id="rId20" w:history="1">
              <w:r w:rsidRPr="001D0330">
                <w:rPr>
                  <w:rStyle w:val="aff9"/>
                  <w:rFonts w:ascii="Times New Roman" w:eastAsia="Times New Roman" w:hAnsi="Times New Roman" w:cs="Times New Roman"/>
                  <w:b/>
                  <w:w w:val="97"/>
                  <w:sz w:val="24"/>
                  <w:szCs w:val="24"/>
                  <w:lang w:val="ru-RU"/>
                </w:rPr>
                <w:t>https://infourok.ru/prezentaciya-k-uroku-matematiki-dlya-klassa-po-obnovlyonnoy-programme-v-rk-arifmeticheskie-deystviya-i-ih-svoystvak-opublikovann-2988526.html</w:t>
              </w:r>
            </w:hyperlink>
          </w:p>
          <w:p w:rsidR="00FF6B2E" w:rsidRPr="0098613E" w:rsidRDefault="00FF6B2E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96093" w:rsidRPr="00C73CB9" w:rsidTr="003838FF">
        <w:trPr>
          <w:trHeight w:hRule="exact" w:val="3695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3.5.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45" w:lineRule="auto"/>
              <w:ind w:left="72" w:right="72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Поиск значения числового выражения, содержащего несколько действий в  пределах 100 000.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0.25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22.11.2022 24.11.2022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47" w:lineRule="auto"/>
              <w:ind w:left="74" w:right="14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Поиск значения числового выражения,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содержащего 3—4 действия (со скобками, без скобок);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5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Устный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опрос;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Практическаяработа;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FF6B2E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РЭШ. Урок «</w:t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Поиск значения числового выражения, содержащего несколь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ко действий в  пределах 100 000» - </w:t>
            </w:r>
            <w:hyperlink r:id="rId21" w:history="1">
              <w:r w:rsidRPr="001D0330">
                <w:rPr>
                  <w:rStyle w:val="aff9"/>
                  <w:rFonts w:ascii="Times New Roman" w:eastAsia="Times New Roman" w:hAnsi="Times New Roman" w:cs="Times New Roman"/>
                  <w:b/>
                  <w:w w:val="97"/>
                  <w:sz w:val="24"/>
                  <w:szCs w:val="24"/>
                  <w:lang w:val="ru-RU"/>
                </w:rPr>
                <w:t>https://resh.edu.ru/subject/lesson/3926/conspect/213806/</w:t>
              </w:r>
            </w:hyperlink>
          </w:p>
          <w:p w:rsidR="00FF6B2E" w:rsidRPr="0098613E" w:rsidRDefault="00FF6B2E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96093" w:rsidRPr="00C73CB9" w:rsidTr="003838FF">
        <w:trPr>
          <w:trHeight w:hRule="exact" w:val="3125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FF6B2E" w:rsidRDefault="003122E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6B2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lastRenderedPageBreak/>
              <w:t>3.6.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Проверка результата вычислений, в  том числе с  помощью калькулятора.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FF6B2E" w:rsidRDefault="003122E3">
            <w:pPr>
              <w:autoSpaceDE w:val="0"/>
              <w:autoSpaceDN w:val="0"/>
              <w:spacing w:before="76" w:after="0" w:line="233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6B2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FF6B2E" w:rsidRDefault="003122E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6B2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FF6B2E" w:rsidRDefault="003122E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6B2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0.25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FF6B2E" w:rsidRDefault="003122E3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6B2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25.11.2022 29.11.2022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6" w:after="0" w:line="250" w:lineRule="auto"/>
              <w:ind w:left="7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Работа в парах/группах. Применение разных способов проверки правильности вычислений. </w:t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Использованиекалькуляторадляпрактических расчётов;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Устный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опрос;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Практическая работа;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838FF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РЭШ. Урок «</w:t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Проверка результата вычислений, в  том числе с  помощью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калькулятора» - </w:t>
            </w:r>
            <w:hyperlink r:id="rId22" w:history="1">
              <w:r w:rsidRPr="001D0330">
                <w:rPr>
                  <w:rStyle w:val="aff9"/>
                  <w:rFonts w:ascii="Times New Roman" w:eastAsia="Times New Roman" w:hAnsi="Times New Roman" w:cs="Times New Roman"/>
                  <w:b/>
                  <w:w w:val="97"/>
                  <w:sz w:val="24"/>
                  <w:szCs w:val="24"/>
                  <w:lang w:val="ru-RU"/>
                </w:rPr>
                <w:t>https://resh.edu.ru/subject/lesson/6235/train/279371/</w:t>
              </w:r>
            </w:hyperlink>
          </w:p>
          <w:p w:rsidR="003838FF" w:rsidRPr="0098613E" w:rsidRDefault="003838FF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96093" w:rsidRPr="00C73CB9" w:rsidTr="0098613E">
        <w:trPr>
          <w:trHeight w:hRule="exact" w:val="3817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838FF" w:rsidRDefault="003122E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838F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3.7.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Равенство, содержащее неизвестный компонент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арифметического действия: запись, нахождение неизвестного компонента.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838FF" w:rsidRDefault="003122E3">
            <w:pPr>
              <w:autoSpaceDE w:val="0"/>
              <w:autoSpaceDN w:val="0"/>
              <w:spacing w:before="76" w:after="0" w:line="233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838F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0.25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01.12.2022 08.12.2022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6" w:after="0" w:line="254" w:lineRule="auto"/>
              <w:ind w:left="74" w:right="14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Учебный диалог: обсуждение допустимого результата выполнения действия на основе зависимости между компонентами и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результатом действия (сложения, вычитания, умножения, деления);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Использование букв для обозначения чисел, неизвестного компонента действия;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Устный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опрос;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Практическаяработа;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838FF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РЭШ. Урок «Нзвание компонентов и результат действия умножения» - </w:t>
            </w:r>
            <w:hyperlink r:id="rId23" w:history="1"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https://resh.edu.ru/subject/lesson/5682/train/213029/</w:t>
              </w:r>
            </w:hyperlink>
          </w:p>
          <w:p w:rsidR="003838FF" w:rsidRPr="0098613E" w:rsidRDefault="003838FF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96093" w:rsidRPr="00C73CB9" w:rsidTr="003838FF">
        <w:trPr>
          <w:trHeight w:hRule="exact" w:val="4117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838FF" w:rsidRDefault="003122E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838F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lastRenderedPageBreak/>
              <w:t>3.8.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Умножение и деление величины на однозначное число.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838FF" w:rsidRDefault="003122E3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838F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838FF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838F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838FF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838F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0.75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838FF" w:rsidRDefault="003122E3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838F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09.12.2022 20.12.2022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47" w:lineRule="auto"/>
              <w:ind w:left="7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Практические работы: выполнение сложения и вычитания по алгоритму в пределах 100 000; выполнение умножения и деления.;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Устный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опрос;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Письменный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контроль;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Практическая работа;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Тестирование;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838FF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Инфоурок. Урок «</w:t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Умножение и делени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е величины на однозначное число» - </w:t>
            </w:r>
            <w:hyperlink r:id="rId24" w:history="1">
              <w:r w:rsidRPr="001D0330">
                <w:rPr>
                  <w:rStyle w:val="aff9"/>
                  <w:rFonts w:ascii="Times New Roman" w:eastAsia="Times New Roman" w:hAnsi="Times New Roman" w:cs="Times New Roman"/>
                  <w:b/>
                  <w:w w:val="97"/>
                  <w:sz w:val="24"/>
                  <w:szCs w:val="24"/>
                  <w:lang w:val="ru-RU"/>
                </w:rPr>
                <w:t>https://infourok.ru/prezentaciya-po-matematike-na-temu-umnozhenie-i-delenie-na-odnoznachnoe-chislo-4-klass-5422965.html</w:t>
              </w:r>
            </w:hyperlink>
          </w:p>
          <w:p w:rsidR="003838FF" w:rsidRPr="0098613E" w:rsidRDefault="003838FF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96093" w:rsidRPr="0098613E">
        <w:trPr>
          <w:trHeight w:hRule="exact" w:val="348"/>
        </w:trPr>
        <w:tc>
          <w:tcPr>
            <w:tcW w:w="4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Итогопоразделу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6" w:after="0" w:line="233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37</w:t>
            </w:r>
          </w:p>
        </w:tc>
        <w:tc>
          <w:tcPr>
            <w:tcW w:w="99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4960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96093" w:rsidRPr="0098613E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Раздел 4. Текстовые задачи</w:t>
            </w:r>
          </w:p>
        </w:tc>
      </w:tr>
      <w:tr w:rsidR="00496093" w:rsidRPr="00C73CB9" w:rsidTr="000A6532">
        <w:trPr>
          <w:trHeight w:hRule="exact" w:val="384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4.1.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Работа с текстовой задачей, решение которой содержит 2—3 действия: анализ, представление на  модели; планирование и запись решения; проверка решения и ответа.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0.75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22.12.2022 13.01.2023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52" w:lineRule="auto"/>
              <w:ind w:left="74" w:right="14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Моделирование текста задачи;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Работа в парах/группах. Решение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арифметическим способом задач в 2—3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действия. </w:t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Комментированиеэтаповрешениязадачи;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Устный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опрос;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Письменный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контроль;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Практическая работа;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Тестирование;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8FF" w:rsidRDefault="000A6532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Начальная школа.</w:t>
            </w:r>
          </w:p>
          <w:p w:rsidR="003838FF" w:rsidRDefault="003838FF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Урок «Работа с текстовыми задачами»</w:t>
            </w:r>
          </w:p>
          <w:p w:rsidR="00496093" w:rsidRDefault="00BD1041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hyperlink r:id="rId25" w:history="1">
              <w:r w:rsidR="003838FF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http://www.myshared.ru/slide/1389937/</w:t>
              </w:r>
            </w:hyperlink>
          </w:p>
          <w:p w:rsidR="003838FF" w:rsidRDefault="00BD1041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hyperlink r:id="rId26" w:history="1">
              <w:r w:rsidR="003838FF"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https://nsportal.ru/npo-spo/estestvennye-nauki/library/2019/09/26/tekstovaya-zadacha-i-protsess-eyo-resheniya</w:t>
              </w:r>
            </w:hyperlink>
          </w:p>
          <w:p w:rsidR="003838FF" w:rsidRPr="0098613E" w:rsidRDefault="003838FF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96093" w:rsidRPr="00C73CB9" w:rsidTr="000A6532">
        <w:trPr>
          <w:trHeight w:hRule="exact" w:val="681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lastRenderedPageBreak/>
              <w:t>4.2.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Анализ зависимостей, характеризующих процессы: движения (скорость, время, пройденный путь), работы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(производительность, время, объём работы), купли-продажи (цена, количество, стоимость) и решение соответствующих задач.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0.5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16.01.2023 26.01.2023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47" w:lineRule="auto"/>
              <w:ind w:left="74" w:right="14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Обсуждение способа решения задачи, формы записи решения, реальности и логичности ответа на вопрос;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Устный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опрос;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Письменный контроль;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Практическая работа;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6532" w:rsidRDefault="000A6532" w:rsidP="000A6532">
            <w:pPr>
              <w:pStyle w:val="1"/>
              <w:shd w:val="clear" w:color="auto" w:fill="F5F5F5"/>
              <w:spacing w:before="150" w:after="240"/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413F2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Инфоурок. Урок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  <w:w w:val="97"/>
                <w:sz w:val="24"/>
                <w:szCs w:val="24"/>
                <w:lang w:val="ru-RU"/>
              </w:rPr>
              <w:t xml:space="preserve"> «</w:t>
            </w:r>
            <w:r w:rsidRPr="000A6532">
              <w:rPr>
                <w:rFonts w:ascii="Times New Roman" w:eastAsia="Times New Roman" w:hAnsi="Times New Roman" w:cs="Times New Roman"/>
                <w:color w:val="181818"/>
                <w:kern w:val="36"/>
                <w:sz w:val="24"/>
                <w:szCs w:val="24"/>
                <w:lang w:val="ru-RU" w:eastAsia="ru-RU"/>
              </w:rPr>
              <w:t>Единицы скорости. Скорость, время, пройденный путь (при прямолинейномдвижении). Установление зависимостей междувеличи</w:t>
            </w:r>
            <w:r>
              <w:rPr>
                <w:rFonts w:ascii="Times New Roman" w:eastAsia="Times New Roman" w:hAnsi="Times New Roman" w:cs="Times New Roman"/>
                <w:color w:val="181818"/>
                <w:kern w:val="36"/>
                <w:sz w:val="24"/>
                <w:szCs w:val="24"/>
                <w:lang w:val="ru-RU" w:eastAsia="ru-RU"/>
              </w:rPr>
              <w:t xml:space="preserve">нами, характеризующими движение» - </w:t>
            </w:r>
            <w:hyperlink r:id="rId27" w:history="1">
              <w:r w:rsidRPr="001D0330">
                <w:rPr>
                  <w:rStyle w:val="aff9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https://infourok.ru/prezentaciya-i-konspekt-po-matematike-edinicy-skorosti-skorost-vremya-projdennyj-put-pri-pryamolinejnom-dvizhenii-ustanovlenie-z-5670164.html</w:t>
              </w:r>
            </w:hyperlink>
          </w:p>
          <w:p w:rsidR="000A6532" w:rsidRPr="0098613E" w:rsidRDefault="000A6532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496093" w:rsidRPr="003122E3" w:rsidRDefault="00496093">
      <w:pPr>
        <w:autoSpaceDE w:val="0"/>
        <w:autoSpaceDN w:val="0"/>
        <w:spacing w:after="0" w:line="14" w:lineRule="exact"/>
        <w:rPr>
          <w:lang w:val="ru-RU"/>
        </w:rPr>
      </w:pPr>
    </w:p>
    <w:p w:rsidR="00496093" w:rsidRPr="003122E3" w:rsidRDefault="00496093">
      <w:pPr>
        <w:rPr>
          <w:lang w:val="ru-RU"/>
        </w:rPr>
        <w:sectPr w:rsidR="00496093" w:rsidRPr="003122E3">
          <w:pgSz w:w="16840" w:h="11900"/>
          <w:pgMar w:top="284" w:right="640" w:bottom="72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96093" w:rsidRPr="003122E3" w:rsidRDefault="00496093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396"/>
        <w:gridCol w:w="4588"/>
        <w:gridCol w:w="528"/>
        <w:gridCol w:w="1104"/>
        <w:gridCol w:w="896"/>
        <w:gridCol w:w="1108"/>
        <w:gridCol w:w="3326"/>
        <w:gridCol w:w="1118"/>
        <w:gridCol w:w="2438"/>
      </w:tblGrid>
      <w:tr w:rsidR="00496093" w:rsidRPr="00C73CB9" w:rsidTr="0098613E">
        <w:trPr>
          <w:trHeight w:hRule="exact" w:val="312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4.3.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Задачи на установление времени (начало, продолжительность и окончание события), расчёта количества, расхода,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изменения.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0.25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27.01.2023 30.01.2023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52" w:lineRule="auto"/>
              <w:ind w:left="74" w:right="14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Моделирование текста задачи;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Оформление математической записи: полная запись решения текстовой задачи (модель; решение по действиям, по вопросам или с помощью числового выражения;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формулировка ответа);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5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Устный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опрос;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Практическаяработа;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0A6532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РЭШ. Урок «</w:t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Задачи на уст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ановление времени. Сутки». - </w:t>
            </w:r>
            <w:hyperlink r:id="rId28" w:history="1">
              <w:r w:rsidRPr="001D0330">
                <w:rPr>
                  <w:rStyle w:val="aff9"/>
                  <w:rFonts w:ascii="Times New Roman" w:eastAsia="Times New Roman" w:hAnsi="Times New Roman" w:cs="Times New Roman"/>
                  <w:b/>
                  <w:w w:val="97"/>
                  <w:sz w:val="24"/>
                  <w:szCs w:val="24"/>
                  <w:lang w:val="ru-RU"/>
                </w:rPr>
                <w:t>https://resh.edu.ru/subject/lesson/5235/conspect/214426/</w:t>
              </w:r>
            </w:hyperlink>
          </w:p>
          <w:p w:rsidR="000A6532" w:rsidRPr="0098613E" w:rsidRDefault="000A6532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96093" w:rsidRPr="00C73CB9" w:rsidTr="000A6532">
        <w:trPr>
          <w:trHeight w:hRule="exact" w:val="226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0A6532" w:rsidRDefault="003122E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532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4.4.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Задачи на нахождение доли величины, величины по её доле.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0A6532" w:rsidRDefault="003122E3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532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0A6532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532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0A6532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532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0.25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0A6532" w:rsidRDefault="003122E3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532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31.01.2023 02.02.2023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45" w:lineRule="auto"/>
              <w:ind w:left="74" w:right="576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Практическая работа: нахождение доли величины, величины по её доле;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5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Устный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опрос;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Практическаяработа;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0A6532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РЭШ. Урок «Нахождение нескольких долей целого» - </w:t>
            </w:r>
            <w:hyperlink r:id="rId29" w:history="1">
              <w:r w:rsidRPr="001D0330">
                <w:rPr>
                  <w:rStyle w:val="aff9"/>
                  <w:rFonts w:ascii="Times New Roman" w:eastAsia="Times New Roman" w:hAnsi="Times New Roman" w:cs="Times New Roman"/>
                  <w:b/>
                  <w:w w:val="97"/>
                  <w:sz w:val="24"/>
                  <w:szCs w:val="24"/>
                  <w:lang w:val="ru-RU"/>
                </w:rPr>
                <w:t>https://resh.edu.ru/subject/lesson/4022/conspect/214922/</w:t>
              </w:r>
            </w:hyperlink>
          </w:p>
          <w:p w:rsidR="000A6532" w:rsidRPr="0098613E" w:rsidRDefault="000A6532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96093" w:rsidRPr="00C73CB9" w:rsidTr="000A6532">
        <w:trPr>
          <w:trHeight w:hRule="exact" w:val="225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0A6532" w:rsidRDefault="003122E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532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4.5.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Разные способы решения некоторых видов изученных задач.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0A6532" w:rsidRDefault="003122E3">
            <w:pPr>
              <w:autoSpaceDE w:val="0"/>
              <w:autoSpaceDN w:val="0"/>
              <w:spacing w:before="76" w:after="0" w:line="233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532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0A6532" w:rsidRDefault="003122E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532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0A6532" w:rsidRDefault="003122E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532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0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0A6532" w:rsidRDefault="003122E3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532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03.02.2023 04.02.2023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6" w:after="0" w:line="245" w:lineRule="auto"/>
              <w:ind w:left="7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Моделирование текста задачи;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Разные записи решения одной и той же задачи;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Устный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опрос;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0A6532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РЭШ. Урок «Логические задачи и способы их решения» - </w:t>
            </w:r>
            <w:hyperlink r:id="rId30" w:history="1">
              <w:r w:rsidRPr="001D0330">
                <w:rPr>
                  <w:rStyle w:val="aff9"/>
                  <w:rFonts w:ascii="Times New Roman" w:eastAsia="Times New Roman" w:hAnsi="Times New Roman" w:cs="Times New Roman"/>
                  <w:b/>
                  <w:w w:val="97"/>
                  <w:sz w:val="24"/>
                  <w:szCs w:val="24"/>
                  <w:lang w:val="ru-RU"/>
                </w:rPr>
                <w:t>https://resh.edu.ru/subject/lesson/4713/conspect/202990/</w:t>
              </w:r>
            </w:hyperlink>
          </w:p>
          <w:p w:rsidR="000A6532" w:rsidRPr="0098613E" w:rsidRDefault="000A6532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96093" w:rsidRPr="00C73CB9" w:rsidTr="0098613E">
        <w:trPr>
          <w:trHeight w:hRule="exact" w:val="2555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0A6532" w:rsidRDefault="003122E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532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4.6.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6" w:after="0" w:line="245" w:lineRule="auto"/>
              <w:ind w:left="72" w:right="576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Оформление решения по действиям с пояснением, по вопросам, с помощью числового выражения.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0A6532" w:rsidRDefault="003122E3">
            <w:pPr>
              <w:autoSpaceDE w:val="0"/>
              <w:autoSpaceDN w:val="0"/>
              <w:spacing w:before="76" w:after="0" w:line="233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532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0A6532" w:rsidRDefault="003122E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532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0A6532" w:rsidRDefault="003122E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532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0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0A6532" w:rsidRDefault="003122E3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532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05.02.2023 06.02.2023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6" w:after="0" w:line="252" w:lineRule="auto"/>
              <w:ind w:left="74" w:right="14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Оформление математической записи: полная запись решения текстовой задачи (модель; решение по действиям, по вопросам или с помощью числового выражения;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формулировка ответа);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Устный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опрос;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0A6532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РЭШ. Урок «Числовые выражения. Порядок выполнения действий» - </w:t>
            </w:r>
            <w:hyperlink r:id="rId31" w:history="1">
              <w:r w:rsidRPr="001D0330">
                <w:rPr>
                  <w:rStyle w:val="aff9"/>
                  <w:rFonts w:ascii="Times New Roman" w:eastAsia="Times New Roman" w:hAnsi="Times New Roman" w:cs="Times New Roman"/>
                  <w:b/>
                  <w:w w:val="97"/>
                  <w:sz w:val="24"/>
                  <w:szCs w:val="24"/>
                  <w:lang w:val="ru-RU"/>
                </w:rPr>
                <w:t>https://resh.edu.ru/subject/lesson/3926/conspect/213806/</w:t>
              </w:r>
            </w:hyperlink>
          </w:p>
          <w:p w:rsidR="000A6532" w:rsidRPr="0098613E" w:rsidRDefault="000A6532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96093" w:rsidRPr="000A6532">
        <w:trPr>
          <w:trHeight w:hRule="exact" w:val="348"/>
        </w:trPr>
        <w:tc>
          <w:tcPr>
            <w:tcW w:w="4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0A6532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532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0A6532" w:rsidRDefault="003122E3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532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21</w:t>
            </w:r>
          </w:p>
        </w:tc>
        <w:tc>
          <w:tcPr>
            <w:tcW w:w="99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0A6532" w:rsidRDefault="00496093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96093" w:rsidRPr="00C73CB9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Раздел 5. Пространственные отношения и  геометрические фигуры</w:t>
            </w:r>
          </w:p>
        </w:tc>
      </w:tr>
      <w:tr w:rsidR="00496093" w:rsidRPr="00C73CB9" w:rsidTr="0098613E">
        <w:trPr>
          <w:trHeight w:hRule="exact" w:val="2275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0A6532" w:rsidRDefault="003122E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532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lastRenderedPageBreak/>
              <w:t>5.1.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Наглядные представления о симметрии. Ось симметрии фигуры. </w:t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Фигуры, имеющиеосьсимметрии.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0.25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07.02.2023 13.02.2023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50" w:lineRule="auto"/>
              <w:ind w:left="74" w:right="28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Конструирование, изображение фигур, имеющих ось симметрии; построение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окружности заданного радиуса с помощью циркуля;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5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Устный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опрос;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Практическаяработа;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C7C98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РЭШ. Урок «Осевая и центральная симметрия» - </w:t>
            </w:r>
            <w:hyperlink r:id="rId32" w:history="1">
              <w:r w:rsidRPr="001D0330">
                <w:rPr>
                  <w:rStyle w:val="aff9"/>
                  <w:rFonts w:ascii="Times New Roman" w:eastAsia="Times New Roman" w:hAnsi="Times New Roman" w:cs="Times New Roman"/>
                  <w:b/>
                  <w:w w:val="97"/>
                  <w:sz w:val="24"/>
                  <w:szCs w:val="24"/>
                  <w:lang w:val="ru-RU"/>
                </w:rPr>
                <w:t>https://resh.edu.ru/subject/lesson/2010/main/</w:t>
              </w:r>
            </w:hyperlink>
          </w:p>
          <w:p w:rsidR="003C7C98" w:rsidRPr="0098613E" w:rsidRDefault="003C7C98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96093" w:rsidRPr="00C73CB9" w:rsidTr="00FA2EA9">
        <w:trPr>
          <w:trHeight w:hRule="exact" w:val="325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C7C98" w:rsidRDefault="003122E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7C98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5.2.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Окружность, круг: распознавание и изображение; построение окружности заданного радиуса.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C7C98" w:rsidRDefault="003122E3">
            <w:pPr>
              <w:autoSpaceDE w:val="0"/>
              <w:autoSpaceDN w:val="0"/>
              <w:spacing w:before="76" w:after="0" w:line="233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7C98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C7C98" w:rsidRDefault="003122E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7C98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C7C98" w:rsidRDefault="003122E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7C98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0.25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C98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14.02.2023 16.02.202</w:t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6" w:after="0" w:line="252" w:lineRule="auto"/>
              <w:ind w:left="74" w:right="28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Конструирование, изображение фигур, имеющих ось симметрии; построение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окружности заданного радиуса с помощью циркуля;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Изображение геометрических фигур с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заданными свойствами;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Устный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опрос;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Практическаяработа;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C7C98" w:rsidRDefault="003C7C98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Инфоурок. Урок «Оружность и круг» -</w:t>
            </w:r>
            <w:hyperlink r:id="rId33" w:history="1">
              <w:r w:rsidRPr="001D0330">
                <w:rPr>
                  <w:rStyle w:val="aff9"/>
                  <w:rFonts w:ascii="Times New Roman" w:eastAsia="Times New Roman" w:hAnsi="Times New Roman" w:cs="Times New Roman"/>
                  <w:b/>
                  <w:w w:val="97"/>
                  <w:sz w:val="24"/>
                  <w:szCs w:val="24"/>
                  <w:lang w:val="ru-RU"/>
                </w:rPr>
                <w:t>https://infourok.ru/prezentaciya-po-matematike-na-temu-okruzhnost-i-krug-klass-2736230.html</w:t>
              </w:r>
            </w:hyperlink>
          </w:p>
          <w:p w:rsidR="00496093" w:rsidRDefault="00496093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</w:pPr>
          </w:p>
          <w:p w:rsidR="00FA2EA9" w:rsidRPr="0098613E" w:rsidRDefault="00FA2EA9" w:rsidP="00FA2EA9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96093" w:rsidRPr="00C73CB9" w:rsidTr="0098613E">
        <w:trPr>
          <w:trHeight w:hRule="exact" w:val="226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C7C98" w:rsidRDefault="003122E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7C98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5.3.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Построение изученных геометрических фигур с  помощью линейки, угольника, циркуля.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C7C98" w:rsidRDefault="003122E3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7C98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C7C98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7C98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C7C98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7C98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0.25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C7C98" w:rsidRDefault="003122E3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7C98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17.02.2023 20.02.2023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50" w:lineRule="auto"/>
              <w:ind w:left="74" w:right="28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Конструирование, изображение фигур, имеющих ось симметрии; построение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окружности заданного радиуса с помощью циркуля;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5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Устный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опрос;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Практическаяработа;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C7C98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РЭШ. Урок «Простейшие построения циркулем и линейкой» - </w:t>
            </w:r>
            <w:hyperlink r:id="rId34" w:history="1">
              <w:r w:rsidRPr="001D0330">
                <w:rPr>
                  <w:rStyle w:val="aff9"/>
                  <w:rFonts w:ascii="Times New Roman" w:eastAsia="Times New Roman" w:hAnsi="Times New Roman" w:cs="Times New Roman"/>
                  <w:b/>
                  <w:w w:val="97"/>
                  <w:sz w:val="24"/>
                  <w:szCs w:val="24"/>
                  <w:lang w:val="ru-RU"/>
                </w:rPr>
                <w:t>https://resh.edu.ru/subject/lesson/1408/</w:t>
              </w:r>
            </w:hyperlink>
          </w:p>
          <w:p w:rsidR="003C7C98" w:rsidRPr="0098613E" w:rsidRDefault="003C7C98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96093" w:rsidRPr="00C73CB9" w:rsidTr="00FA2EA9">
        <w:trPr>
          <w:trHeight w:hRule="exact" w:val="4543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C7C98" w:rsidRDefault="003122E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7C98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lastRenderedPageBreak/>
              <w:t>5.4.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Пространственные геометрические фигуры (тела): шар, куб, цилиндр, конус, пирамида; их различение, называние.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C7C98" w:rsidRDefault="003122E3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7C98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C7C98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7C98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C7C98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7C98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0.5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21.02.2023 06.03.2023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54" w:lineRule="auto"/>
              <w:ind w:left="74" w:right="14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Исследование объектов окружающего мира: сопоставление их с изученными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геометрическими формами;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Конструирование, изображение фигур,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имеющих ось симметрии; построение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окружности заданного радиуса с помощью циркуля;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Устный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опрос;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Практическая работа;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Тестирование;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C7C98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РЭШ. Урок «Куб, шар, пирамида, цилиндр» - </w:t>
            </w:r>
            <w:hyperlink r:id="rId35" w:history="1">
              <w:r w:rsidRPr="001D0330">
                <w:rPr>
                  <w:rStyle w:val="aff9"/>
                  <w:rFonts w:ascii="Times New Roman" w:eastAsia="Times New Roman" w:hAnsi="Times New Roman" w:cs="Times New Roman"/>
                  <w:b/>
                  <w:w w:val="97"/>
                  <w:sz w:val="24"/>
                  <w:szCs w:val="24"/>
                  <w:lang w:val="ru-RU"/>
                </w:rPr>
                <w:t>https://resh.edu.ru/subject/lesson/557/</w:t>
              </w:r>
            </w:hyperlink>
          </w:p>
          <w:p w:rsidR="00FA2EA9" w:rsidRDefault="00FA2EA9" w:rsidP="00FA2EA9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РЭШ.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Урок «Пирамида» - </w:t>
            </w:r>
            <w:hyperlink r:id="rId36" w:history="1"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https://resh.edu.ru/subject/lesson/4129/start/218551/</w:t>
              </w:r>
            </w:hyperlink>
          </w:p>
          <w:p w:rsidR="003C7C98" w:rsidRPr="0098613E" w:rsidRDefault="00FA2EA9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РЭШ. Урок «Куб»- </w:t>
            </w:r>
            <w:hyperlink r:id="rId37" w:history="1">
              <w:r w:rsidRPr="001D0330">
                <w:rPr>
                  <w:rStyle w:val="aff9"/>
                  <w:rFonts w:ascii="Times New Roman" w:eastAsia="Times New Roman" w:hAnsi="Times New Roman" w:cs="Times New Roman"/>
                  <w:b/>
                  <w:w w:val="97"/>
                  <w:sz w:val="24"/>
                  <w:szCs w:val="24"/>
                  <w:lang w:val="ru-RU"/>
                </w:rPr>
                <w:t>https://resh.edu.ru/subject/lesson/4623/start/218458/</w:t>
              </w:r>
            </w:hyperlink>
          </w:p>
        </w:tc>
      </w:tr>
      <w:tr w:rsidR="00496093" w:rsidRPr="00C73CB9" w:rsidTr="00A64C51">
        <w:trPr>
          <w:trHeight w:hRule="exact" w:val="723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lastRenderedPageBreak/>
              <w:t>5.5.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6" w:after="0" w:line="250" w:lineRule="auto"/>
              <w:ind w:left="72" w:right="28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Конструирование: разбиение фигуры на прямоугольники (квадраты), составление фигур из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прямоугольников/квадратов.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6" w:after="0" w:line="233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0.25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07.03.2023 09.03.2023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6" w:after="0" w:line="252" w:lineRule="auto"/>
              <w:ind w:left="7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Изображение геометрических фигур с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заданными свойствами;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Учебный диалог: различение, называние фигур (прямой угол); геометрических величин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(периметр, площадь);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8613E" w:rsidRDefault="003122E3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Устный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опрос; </w:t>
            </w:r>
            <w:r w:rsidRPr="0098613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98613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Практическаяработа;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A64C51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РЭШ. Урок «Прямоугольник» - </w:t>
            </w:r>
            <w:hyperlink r:id="rId38" w:history="1">
              <w:r w:rsidRPr="001D0330">
                <w:rPr>
                  <w:rStyle w:val="aff9"/>
                  <w:rFonts w:ascii="Times New Roman" w:eastAsia="Times New Roman" w:hAnsi="Times New Roman" w:cs="Times New Roman"/>
                  <w:b/>
                  <w:w w:val="97"/>
                  <w:sz w:val="24"/>
                  <w:szCs w:val="24"/>
                  <w:lang w:val="ru-RU"/>
                </w:rPr>
                <w:t>https://resh.edu.ru/subject/lesson/4295/start/211859/</w:t>
              </w:r>
            </w:hyperlink>
          </w:p>
          <w:p w:rsidR="00A64C51" w:rsidRDefault="00A64C51" w:rsidP="00A64C51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Инфоурок.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Урок «</w:t>
            </w:r>
            <w:r w:rsidRPr="00A64C5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Конструирование из треугольников, квадратов и прямоугольников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» - </w:t>
            </w:r>
            <w:hyperlink r:id="rId39" w:history="1"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https://infourok.ru/prezentaciya-microsoft-poer-point-k-uroku-konstruirovanie-iz-treugolnikov-kvadratov-i-pryamougolnikov-list-myobiusa-geometriches-2205823.html</w:t>
              </w:r>
            </w:hyperlink>
          </w:p>
          <w:p w:rsidR="00A64C51" w:rsidRPr="00A64C51" w:rsidRDefault="00A64C51" w:rsidP="00A64C51">
            <w:pPr>
              <w:autoSpaceDE w:val="0"/>
              <w:autoSpaceDN w:val="0"/>
              <w:spacing w:before="76" w:after="0" w:line="245" w:lineRule="auto"/>
              <w:ind w:right="432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</w:tbl>
    <w:p w:rsidR="00496093" w:rsidRPr="003122E3" w:rsidRDefault="00496093">
      <w:pPr>
        <w:autoSpaceDE w:val="0"/>
        <w:autoSpaceDN w:val="0"/>
        <w:spacing w:after="0" w:line="14" w:lineRule="exact"/>
        <w:rPr>
          <w:lang w:val="ru-RU"/>
        </w:rPr>
      </w:pPr>
    </w:p>
    <w:p w:rsidR="00496093" w:rsidRPr="003122E3" w:rsidRDefault="00496093">
      <w:pPr>
        <w:rPr>
          <w:lang w:val="ru-RU"/>
        </w:rPr>
        <w:sectPr w:rsidR="00496093" w:rsidRPr="003122E3">
          <w:pgSz w:w="16840" w:h="11900"/>
          <w:pgMar w:top="284" w:right="640" w:bottom="37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96093" w:rsidRPr="003122E3" w:rsidRDefault="00496093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396"/>
        <w:gridCol w:w="4588"/>
        <w:gridCol w:w="528"/>
        <w:gridCol w:w="1104"/>
        <w:gridCol w:w="896"/>
        <w:gridCol w:w="1108"/>
        <w:gridCol w:w="3326"/>
        <w:gridCol w:w="1118"/>
        <w:gridCol w:w="2438"/>
      </w:tblGrid>
      <w:tr w:rsidR="00496093" w:rsidRPr="00C73CB9" w:rsidTr="00805FA4">
        <w:trPr>
          <w:trHeight w:hRule="exact" w:val="738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A64C51" w:rsidRDefault="003122E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64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5.6.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Периметр, площадь фигуры, составленной из  двух-трёх прямоугольников (квадратов)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A64C51" w:rsidRDefault="003122E3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64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A64C51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64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A64C51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64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0.25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A64C51" w:rsidRDefault="003122E3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64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10.03.2023 14.03.2023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8" w:after="0" w:line="254" w:lineRule="auto"/>
              <w:ind w:left="74" w:right="14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Комментирование хода и результата поиска информации о площади и способах её </w:t>
            </w:r>
            <w:r w:rsidRPr="00805F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нахождения; </w:t>
            </w:r>
            <w:r w:rsidRPr="00805F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Упражнения: графические и измерительные действия при выполнении измерений и </w:t>
            </w:r>
            <w:r w:rsidRPr="00805F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вычислений периметра многоугольника, </w:t>
            </w:r>
            <w:r w:rsidRPr="00805F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площади прямоугольника, квадрата, фигуры, составленной из прямоугольников; </w:t>
            </w:r>
            <w:r w:rsidRPr="00805F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Практические работы: нахождение площади фигуры, составленной из прямоугольников (квадратов), сравнение однородных величин, использование свойств прямоугольника и квадрата для решения задач;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8" w:after="0" w:line="25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Устный</w:t>
            </w:r>
            <w:r w:rsidRPr="00805FA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опрос; </w:t>
            </w:r>
            <w:r w:rsidRPr="00805FA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Практическаяработа;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A64C5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РЭШ. Урок «Площадь прямоугольника» - </w:t>
            </w:r>
            <w:hyperlink r:id="rId40" w:history="1">
              <w:r w:rsidRPr="001D0330">
                <w:rPr>
                  <w:rStyle w:val="aff9"/>
                  <w:rFonts w:ascii="Times New Roman" w:eastAsia="Times New Roman" w:hAnsi="Times New Roman" w:cs="Times New Roman"/>
                  <w:b/>
                  <w:w w:val="97"/>
                  <w:sz w:val="24"/>
                  <w:szCs w:val="24"/>
                  <w:lang w:val="ru-RU"/>
                </w:rPr>
                <w:t>https://resh.edu.ru/subject/lesson/7732/conspect/325582/</w:t>
              </w:r>
            </w:hyperlink>
          </w:p>
          <w:p w:rsidR="00A64C51" w:rsidRPr="00805FA4" w:rsidRDefault="00A64C5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96093" w:rsidRPr="00A64C51">
        <w:trPr>
          <w:trHeight w:hRule="exact" w:val="348"/>
        </w:trPr>
        <w:tc>
          <w:tcPr>
            <w:tcW w:w="4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A64C51" w:rsidRDefault="003122E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64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A64C51" w:rsidRDefault="003122E3">
            <w:pPr>
              <w:autoSpaceDE w:val="0"/>
              <w:autoSpaceDN w:val="0"/>
              <w:spacing w:before="76" w:after="0" w:line="233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64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20</w:t>
            </w:r>
          </w:p>
        </w:tc>
        <w:tc>
          <w:tcPr>
            <w:tcW w:w="99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A64C51" w:rsidRDefault="00496093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96093" w:rsidRPr="00A64C51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A64C51" w:rsidRDefault="003122E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64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Раздел 6. Математическая информация</w:t>
            </w:r>
          </w:p>
        </w:tc>
      </w:tr>
      <w:tr w:rsidR="00496093" w:rsidRPr="00AB2592" w:rsidTr="00805FA4">
        <w:trPr>
          <w:trHeight w:hRule="exact" w:val="5535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A64C51" w:rsidRDefault="003122E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64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lastRenderedPageBreak/>
              <w:t>6.1.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Работа с утверждениями: конструирование, проверка </w:t>
            </w:r>
            <w:r w:rsidRPr="00805F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истинности; составление и проверка логических рассуждений при решении задач. </w:t>
            </w: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Примеры и контрпримеры.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6" w:after="0" w:line="233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0.25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16.03.2023 20.03.2023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6" w:after="0" w:line="254" w:lineRule="auto"/>
              <w:ind w:left="74" w:right="28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Дифференцированное задание: </w:t>
            </w:r>
            <w:r w:rsidRPr="00805F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комментирование с использованием </w:t>
            </w:r>
            <w:r w:rsidRPr="00805F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математической терминологии; </w:t>
            </w:r>
            <w:r w:rsidRPr="00805F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Дифференцированное задание: оформление математической записи. Представление информации в предложенной или </w:t>
            </w:r>
            <w:r w:rsidRPr="00805F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самостоятельно выбранной форме.</w:t>
            </w:r>
          </w:p>
          <w:p w:rsidR="00496093" w:rsidRPr="00805FA4" w:rsidRDefault="003122E3">
            <w:pPr>
              <w:autoSpaceDE w:val="0"/>
              <w:autoSpaceDN w:val="0"/>
              <w:spacing w:before="20" w:after="0" w:line="245" w:lineRule="auto"/>
              <w:ind w:left="74" w:right="14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Установление истинности заданных и </w:t>
            </w:r>
            <w:r w:rsidRPr="00805F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самостоятельно составленных утверждений;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Устный</w:t>
            </w:r>
            <w:r w:rsidRPr="00805FA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опрос; </w:t>
            </w:r>
            <w:r w:rsidRPr="00805FA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Практическаяработа;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496093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96093" w:rsidRPr="00C73CB9" w:rsidTr="00805FA4">
        <w:trPr>
          <w:trHeight w:hRule="exact" w:val="3120"/>
        </w:trPr>
        <w:tc>
          <w:tcPr>
            <w:tcW w:w="3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6.2.</w:t>
            </w:r>
          </w:p>
        </w:tc>
        <w:tc>
          <w:tcPr>
            <w:tcW w:w="458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6" w:after="0" w:line="250" w:lineRule="auto"/>
              <w:ind w:left="72" w:right="14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Данные о реальных процессах и явлениях окружающего мира, представленные на столбчатых диаграммах, схемах, в таблицах, текстах.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6" w:after="0" w:line="230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0.25</w:t>
            </w:r>
          </w:p>
        </w:tc>
        <w:tc>
          <w:tcPr>
            <w:tcW w:w="110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30.03.2023 04.04.2023</w:t>
            </w:r>
          </w:p>
        </w:tc>
        <w:tc>
          <w:tcPr>
            <w:tcW w:w="33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6" w:after="0" w:line="252" w:lineRule="auto"/>
              <w:ind w:left="74" w:right="72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Дифференцированное задание: </w:t>
            </w:r>
            <w:r w:rsidRPr="00805F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комментирование с использованием математической терминологии; </w:t>
            </w:r>
            <w:r w:rsidRPr="00805F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Использование простейших</w:t>
            </w:r>
            <w:r w:rsidR="00FA2EA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шкал и измерительных приборов.</w:t>
            </w:r>
          </w:p>
        </w:tc>
        <w:tc>
          <w:tcPr>
            <w:tcW w:w="111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6" w:after="0" w:line="252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Устный </w:t>
            </w:r>
            <w:r w:rsidRPr="00805F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опрос; </w:t>
            </w:r>
            <w:r w:rsidRPr="00805F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Письменный контроль; </w:t>
            </w:r>
            <w:r w:rsidRPr="00805F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Практическая работа;</w:t>
            </w:r>
          </w:p>
        </w:tc>
        <w:tc>
          <w:tcPr>
            <w:tcW w:w="243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FA2EA9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РЭШ. Урок «Наглядное представление статистической информации» - </w:t>
            </w:r>
            <w:hyperlink r:id="rId41" w:history="1">
              <w:r w:rsidRPr="001D0330">
                <w:rPr>
                  <w:rStyle w:val="aff9"/>
                  <w:rFonts w:ascii="Times New Roman" w:eastAsia="Times New Roman" w:hAnsi="Times New Roman" w:cs="Times New Roman"/>
                  <w:b/>
                  <w:w w:val="97"/>
                  <w:sz w:val="24"/>
                  <w:szCs w:val="24"/>
                  <w:lang w:val="ru-RU"/>
                </w:rPr>
                <w:t>https://resh.edu.ru/subject/lesson/1988/main/</w:t>
              </w:r>
            </w:hyperlink>
          </w:p>
          <w:p w:rsidR="00FA2EA9" w:rsidRPr="00805FA4" w:rsidRDefault="00FA2EA9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96093" w:rsidRPr="00C73CB9" w:rsidTr="00805FA4">
        <w:trPr>
          <w:trHeight w:hRule="exact" w:val="440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lastRenderedPageBreak/>
              <w:t>6.3.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6" w:after="0" w:line="250" w:lineRule="auto"/>
              <w:ind w:left="72" w:right="38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Сбор математических данных о  заданном объекте (числе, величине, геометрической фигуре). </w:t>
            </w: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Поискинформации в справочной литературе, сети Интернет.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6" w:after="0" w:line="233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06.04.2023 07.04.2023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6" w:after="0" w:line="254" w:lineRule="auto"/>
              <w:ind w:left="74" w:right="14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Формулирование вопросов для поиска </w:t>
            </w:r>
            <w:r w:rsidRPr="00805F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числовых характеристик, математических отношений и зависимостей </w:t>
            </w:r>
            <w:r w:rsidRPr="00805F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(последовательность и продолжительность событий, положение в пространстве, формы и размеры); </w:t>
            </w:r>
            <w:r w:rsidRPr="00805F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Планирование сбора данных о заданном </w:t>
            </w:r>
            <w:r w:rsidRPr="00805F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объекте (числе, величине, геометрической фигуре);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Устный</w:t>
            </w:r>
            <w:r w:rsidRPr="00805FA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опрос;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7C5101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РЭШ. Урок «Деятельность в сети Интернет» - </w:t>
            </w:r>
            <w:hyperlink r:id="rId42" w:history="1"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https://resh.edu.ru/subject/lesson/5496/start/78889/</w:t>
              </w:r>
            </w:hyperlink>
          </w:p>
          <w:p w:rsidR="007C5101" w:rsidRPr="00805FA4" w:rsidRDefault="007C5101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96093" w:rsidRPr="00C73CB9" w:rsidTr="00805FA4">
        <w:trPr>
          <w:trHeight w:hRule="exact" w:val="3697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7C5101" w:rsidRDefault="003122E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C510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6.4.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Запись информации в  предложенной таблице, на  столбчатой диаграмме.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7C5101" w:rsidRDefault="003122E3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C510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7C5101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C510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7C5101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C510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0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7C5101" w:rsidRDefault="003122E3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C510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10.04.2023 11.04.2023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8" w:after="0" w:line="250" w:lineRule="auto"/>
              <w:ind w:left="74" w:right="28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Дифференцированное задание: оформление математической записи. Представление информации в предложенной или </w:t>
            </w:r>
            <w:r w:rsidRPr="00805F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самостоятельно выбранной форме.</w:t>
            </w:r>
          </w:p>
          <w:p w:rsidR="00496093" w:rsidRPr="00805FA4" w:rsidRDefault="003122E3">
            <w:pPr>
              <w:autoSpaceDE w:val="0"/>
              <w:autoSpaceDN w:val="0"/>
              <w:spacing w:before="18" w:after="0" w:line="245" w:lineRule="auto"/>
              <w:ind w:left="74" w:right="14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Установление истинности заданных и </w:t>
            </w:r>
            <w:r w:rsidRPr="00805F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самостоятельно составленных утверждений;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Устный</w:t>
            </w:r>
            <w:r w:rsidRPr="00805FA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опрос;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7C5101">
            <w:pPr>
              <w:autoSpaceDE w:val="0"/>
              <w:autoSpaceDN w:val="0"/>
              <w:spacing w:before="78" w:after="0" w:line="25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РЭШ. Урок «Диаграммы» - </w:t>
            </w:r>
            <w:hyperlink r:id="rId43" w:history="1">
              <w:r w:rsidRPr="001D0330">
                <w:rPr>
                  <w:rStyle w:val="aff9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https://resh.edu.ru/subject/lesson/5233/conspect/214054/</w:t>
              </w:r>
            </w:hyperlink>
          </w:p>
          <w:p w:rsidR="007C5101" w:rsidRPr="00805FA4" w:rsidRDefault="007C5101">
            <w:pPr>
              <w:autoSpaceDE w:val="0"/>
              <w:autoSpaceDN w:val="0"/>
              <w:spacing w:before="78" w:after="0" w:line="25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496093" w:rsidRPr="003122E3" w:rsidRDefault="00496093">
      <w:pPr>
        <w:autoSpaceDE w:val="0"/>
        <w:autoSpaceDN w:val="0"/>
        <w:spacing w:after="0" w:line="14" w:lineRule="exact"/>
        <w:rPr>
          <w:lang w:val="ru-RU"/>
        </w:rPr>
      </w:pPr>
    </w:p>
    <w:p w:rsidR="00496093" w:rsidRPr="003122E3" w:rsidRDefault="00496093">
      <w:pPr>
        <w:rPr>
          <w:lang w:val="ru-RU"/>
        </w:rPr>
        <w:sectPr w:rsidR="00496093" w:rsidRPr="003122E3">
          <w:pgSz w:w="16840" w:h="11900"/>
          <w:pgMar w:top="284" w:right="640" w:bottom="72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96093" w:rsidRPr="003122E3" w:rsidRDefault="00496093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396"/>
        <w:gridCol w:w="4588"/>
        <w:gridCol w:w="528"/>
        <w:gridCol w:w="1104"/>
        <w:gridCol w:w="896"/>
        <w:gridCol w:w="1108"/>
        <w:gridCol w:w="3326"/>
        <w:gridCol w:w="1118"/>
        <w:gridCol w:w="2438"/>
      </w:tblGrid>
      <w:tr w:rsidR="00496093" w:rsidRPr="00AB2592" w:rsidTr="00805FA4">
        <w:trPr>
          <w:trHeight w:hRule="exact" w:val="256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7C5101" w:rsidRDefault="003122E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C510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6.5.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Доступные электронные средства обучения, пособия, их использование под  руководством педагога и самостоятельно.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7C5101" w:rsidRDefault="003122E3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C510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12.04.2023 13.04.2023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8" w:after="0" w:line="250" w:lineRule="auto"/>
              <w:ind w:left="74" w:right="43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Практические работы: учебные задачи с точными и приближёнными данными, доступными электронными средствами обучения, пособиями;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Устный</w:t>
            </w:r>
            <w:r w:rsidRPr="00805FA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опрос;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496093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96093" w:rsidRPr="00C73CB9" w:rsidTr="00805FA4">
        <w:trPr>
          <w:trHeight w:hRule="exact" w:val="395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6.6.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Правила безопасной работы с  электронными источниками информации.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14.04.2023 15.04.2023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8" w:after="0" w:line="252" w:lineRule="auto"/>
              <w:ind w:left="74" w:right="43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Практические работы: учебные задачи с точными и приближёнными данными, доступными электронными средствами обучения, пособиями; </w:t>
            </w:r>
            <w:r w:rsidRPr="00805F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Применение правил безопасной работы с электронными источниками информации;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Устный</w:t>
            </w:r>
            <w:r w:rsidRPr="00805FA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опрос;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7C5101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Инфоурок. Урок «</w:t>
            </w: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Правила безопасной работы с  элек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тронными источниками информации» - </w:t>
            </w:r>
            <w:hyperlink r:id="rId44" w:history="1">
              <w:r w:rsidRPr="001D0330">
                <w:rPr>
                  <w:rStyle w:val="aff9"/>
                  <w:rFonts w:ascii="Times New Roman" w:eastAsia="Times New Roman" w:hAnsi="Times New Roman" w:cs="Times New Roman"/>
                  <w:b/>
                  <w:w w:val="97"/>
                  <w:sz w:val="24"/>
                  <w:szCs w:val="24"/>
                  <w:lang w:val="ru-RU"/>
                </w:rPr>
                <w:t>https://infourok.ru/prezentaciya-na-temu-pravila-bezopasnogo-polzovaniya-v-internete-klass-401692.html</w:t>
              </w:r>
            </w:hyperlink>
          </w:p>
          <w:p w:rsidR="007C5101" w:rsidRPr="00805FA4" w:rsidRDefault="007C5101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96093" w:rsidRPr="00C73CB9" w:rsidTr="00805FA4">
        <w:trPr>
          <w:trHeight w:hRule="exact" w:val="227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7C5101" w:rsidRDefault="003122E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C510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6.7.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Алгоритмы для решения учебных и практических задач.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7C5101" w:rsidRDefault="003122E3">
            <w:pPr>
              <w:autoSpaceDE w:val="0"/>
              <w:autoSpaceDN w:val="0"/>
              <w:spacing w:before="76" w:after="0" w:line="233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C510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7C5101" w:rsidRDefault="003122E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C510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7C5101" w:rsidRDefault="003122E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C510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0.25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7C5101" w:rsidRDefault="003122E3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C510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17.04.2023 18.04.2023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6" w:after="0" w:line="245" w:lineRule="auto"/>
              <w:ind w:left="74" w:right="14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Учебный диалог: «Применение алгоритмов в учебных и практических ситуациях»;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Контрольная</w:t>
            </w:r>
            <w:r w:rsidRPr="00805FA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работа; </w:t>
            </w:r>
            <w:r w:rsidRPr="00805FA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Тестирование;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7C5101">
            <w:pPr>
              <w:autoSpaceDE w:val="0"/>
              <w:autoSpaceDN w:val="0"/>
              <w:spacing w:before="76" w:after="0" w:line="252" w:lineRule="auto"/>
              <w:ind w:left="72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Инфоурок. </w:t>
            </w:r>
            <w:r w:rsidR="009804A0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Урок «Алгоритмы» - </w:t>
            </w:r>
            <w:hyperlink r:id="rId45" w:history="1">
              <w:r w:rsidR="009804A0" w:rsidRPr="001D0330">
                <w:rPr>
                  <w:rStyle w:val="aff9"/>
                  <w:rFonts w:ascii="Times New Roman" w:eastAsia="Times New Roman" w:hAnsi="Times New Roman" w:cs="Times New Roman"/>
                  <w:b/>
                  <w:w w:val="97"/>
                  <w:sz w:val="24"/>
                  <w:szCs w:val="24"/>
                  <w:lang w:val="ru-RU"/>
                </w:rPr>
                <w:t>https://infourok.ru/prezentaciya-po-matematike-na-temu-algoritmy-vokrug-nas-4284339.html</w:t>
              </w:r>
            </w:hyperlink>
          </w:p>
          <w:p w:rsidR="009804A0" w:rsidRPr="00805FA4" w:rsidRDefault="009804A0">
            <w:pPr>
              <w:autoSpaceDE w:val="0"/>
              <w:autoSpaceDN w:val="0"/>
              <w:spacing w:before="76" w:after="0" w:line="252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96093" w:rsidRPr="007C5101">
        <w:trPr>
          <w:trHeight w:hRule="exact" w:val="348"/>
        </w:trPr>
        <w:tc>
          <w:tcPr>
            <w:tcW w:w="4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7C5101" w:rsidRDefault="003122E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C510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7C5101" w:rsidRDefault="003122E3">
            <w:pPr>
              <w:autoSpaceDE w:val="0"/>
              <w:autoSpaceDN w:val="0"/>
              <w:spacing w:before="76" w:after="0" w:line="233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C510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15</w:t>
            </w:r>
          </w:p>
        </w:tc>
        <w:tc>
          <w:tcPr>
            <w:tcW w:w="99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7C5101" w:rsidRDefault="00496093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96093" w:rsidRPr="007C5101">
        <w:trPr>
          <w:trHeight w:hRule="exact" w:val="348"/>
        </w:trPr>
        <w:tc>
          <w:tcPr>
            <w:tcW w:w="4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7C5101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C510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Резервное время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7C5101" w:rsidRDefault="003122E3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C510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20</w:t>
            </w:r>
          </w:p>
        </w:tc>
        <w:tc>
          <w:tcPr>
            <w:tcW w:w="99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7C5101" w:rsidRDefault="00496093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96093" w:rsidRPr="007C5101" w:rsidTr="00805FA4">
        <w:trPr>
          <w:trHeight w:hRule="exact" w:val="328"/>
        </w:trPr>
        <w:tc>
          <w:tcPr>
            <w:tcW w:w="4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Pr="00805FA4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05F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7C5101" w:rsidRDefault="003122E3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C510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136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7C5101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C510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7C5101" w:rsidRDefault="003122E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C510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9.5</w:t>
            </w:r>
          </w:p>
        </w:tc>
        <w:tc>
          <w:tcPr>
            <w:tcW w:w="79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7C5101" w:rsidRDefault="00496093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496093" w:rsidRPr="007C5101" w:rsidRDefault="00496093">
      <w:pPr>
        <w:autoSpaceDE w:val="0"/>
        <w:autoSpaceDN w:val="0"/>
        <w:spacing w:after="0" w:line="14" w:lineRule="exact"/>
        <w:rPr>
          <w:lang w:val="ru-RU"/>
        </w:rPr>
      </w:pPr>
    </w:p>
    <w:p w:rsidR="00496093" w:rsidRPr="007C5101" w:rsidRDefault="00496093">
      <w:pPr>
        <w:rPr>
          <w:lang w:val="ru-RU"/>
        </w:rPr>
        <w:sectPr w:rsidR="00496093" w:rsidRPr="007C5101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96093" w:rsidRPr="007C5101" w:rsidRDefault="00496093">
      <w:pPr>
        <w:autoSpaceDE w:val="0"/>
        <w:autoSpaceDN w:val="0"/>
        <w:spacing w:after="78" w:line="220" w:lineRule="exact"/>
        <w:rPr>
          <w:lang w:val="ru-RU"/>
        </w:rPr>
      </w:pPr>
    </w:p>
    <w:p w:rsidR="00496093" w:rsidRPr="007C5101" w:rsidRDefault="003122E3">
      <w:pPr>
        <w:autoSpaceDE w:val="0"/>
        <w:autoSpaceDN w:val="0"/>
        <w:spacing w:after="316" w:line="233" w:lineRule="auto"/>
        <w:ind w:left="2"/>
        <w:rPr>
          <w:lang w:val="ru-RU"/>
        </w:rPr>
      </w:pPr>
      <w:r w:rsidRPr="007C510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ПОУРОЧНОЕ ПЛАНИРОВАНИЕ </w:t>
      </w:r>
    </w:p>
    <w:tbl>
      <w:tblPr>
        <w:tblW w:w="0" w:type="auto"/>
        <w:tblInd w:w="5" w:type="dxa"/>
        <w:tblLayout w:type="fixed"/>
        <w:tblLook w:val="04A0"/>
      </w:tblPr>
      <w:tblGrid>
        <w:gridCol w:w="572"/>
        <w:gridCol w:w="3244"/>
        <w:gridCol w:w="724"/>
        <w:gridCol w:w="1606"/>
        <w:gridCol w:w="1652"/>
        <w:gridCol w:w="1222"/>
        <w:gridCol w:w="1630"/>
      </w:tblGrid>
      <w:tr w:rsidR="00496093">
        <w:trPr>
          <w:trHeight w:hRule="exact" w:val="488"/>
        </w:trPr>
        <w:tc>
          <w:tcPr>
            <w:tcW w:w="572" w:type="dxa"/>
            <w:vMerge w:val="restart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3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</w:p>
        </w:tc>
      </w:tr>
      <w:tr w:rsidR="00496093">
        <w:trPr>
          <w:trHeight w:hRule="exact" w:val="820"/>
        </w:trPr>
        <w:tc>
          <w:tcPr>
            <w:tcW w:w="1526" w:type="dxa"/>
            <w:vMerge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496093" w:rsidRDefault="00496093"/>
        </w:tc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093" w:rsidRDefault="00496093"/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62" w:lineRule="auto"/>
              <w:ind w:left="68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093" w:rsidRDefault="00496093"/>
        </w:tc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093" w:rsidRDefault="00496093"/>
        </w:tc>
      </w:tr>
      <w:tr w:rsidR="00496093">
        <w:trPr>
          <w:trHeight w:hRule="exact" w:val="820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6" w:after="0" w:line="262" w:lineRule="auto"/>
              <w:ind w:left="70" w:right="432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Числа. Числа в пределах миллиона: чтение, запись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01.09.2022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1818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6" w:after="0" w:line="262" w:lineRule="auto"/>
              <w:ind w:left="70" w:right="432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Числа. Числа в пределах миллиона: чтение, запись.</w:t>
            </w:r>
          </w:p>
          <w:p w:rsidR="00496093" w:rsidRPr="003122E3" w:rsidRDefault="003122E3">
            <w:pPr>
              <w:autoSpaceDE w:val="0"/>
              <w:autoSpaceDN w:val="0"/>
              <w:spacing w:before="70" w:after="0" w:line="271" w:lineRule="auto"/>
              <w:ind w:left="70" w:right="144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Изменение значения цифры в зависимости от её места в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записи числа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02.09.2022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1818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6" w:after="0" w:line="281" w:lineRule="auto"/>
              <w:ind w:left="70" w:right="144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Числа. Числа в пределах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миллиона: поразрядное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сравнение. Представление многозначного числа в виде суммы разрядных слагаемых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05.09.2022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1818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6" w:after="0" w:line="281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Числа. Числа в пределах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миллиона: поразрядное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сравнение. Выделение в числе общего количества единиц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любого разряда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06.09.2022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1152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71" w:lineRule="auto"/>
              <w:ind w:left="70" w:right="576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Числа. Числа в пределах миллиона: поразрядное сравнение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08.09.2022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820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62" w:lineRule="auto"/>
              <w:ind w:right="576"/>
              <w:jc w:val="center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Числа. Числа в пределах миллиона: упорядочение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09.09.2022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tabs>
                <w:tab w:val="left" w:pos="154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  <w:tr w:rsidR="00496093">
        <w:trPr>
          <w:trHeight w:hRule="exact" w:val="1486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/>
              <w:ind w:left="70" w:right="288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Числа. Число, большее или меньшее данного числа на заданное число разрядных единиц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12.09.2022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1486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AB3965" w:rsidRDefault="003122E3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Числа. Число, большее или меньшее данного числа в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заданное число раз разрядных единиц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13.09.2022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tabs>
                <w:tab w:val="left" w:pos="154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Письменный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496093">
        <w:trPr>
          <w:trHeight w:hRule="exact" w:val="1466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743ECB" w:rsidRDefault="003122E3">
            <w:pPr>
              <w:autoSpaceDE w:val="0"/>
              <w:autoSpaceDN w:val="0"/>
              <w:spacing w:before="9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6" w:after="0"/>
              <w:ind w:left="70" w:right="144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Числа. Число, большее или меньшее данного числа на заданное число разрядных единиц, в заданное число раз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15.09.2022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tabs>
                <w:tab w:val="left" w:pos="154"/>
              </w:tabs>
              <w:autoSpaceDE w:val="0"/>
              <w:autoSpaceDN w:val="0"/>
              <w:spacing w:before="96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</w:tbl>
    <w:p w:rsidR="00496093" w:rsidRDefault="00496093">
      <w:pPr>
        <w:autoSpaceDE w:val="0"/>
        <w:autoSpaceDN w:val="0"/>
        <w:spacing w:after="0" w:line="14" w:lineRule="exact"/>
      </w:pPr>
    </w:p>
    <w:p w:rsidR="00496093" w:rsidRDefault="00496093">
      <w:pPr>
        <w:sectPr w:rsidR="00496093">
          <w:pgSz w:w="11900" w:h="16840"/>
          <w:pgMar w:top="298" w:right="556" w:bottom="820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496093" w:rsidRDefault="00496093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/>
      </w:tblPr>
      <w:tblGrid>
        <w:gridCol w:w="572"/>
        <w:gridCol w:w="3244"/>
        <w:gridCol w:w="724"/>
        <w:gridCol w:w="1606"/>
        <w:gridCol w:w="1652"/>
        <w:gridCol w:w="1222"/>
        <w:gridCol w:w="1630"/>
      </w:tblGrid>
      <w:tr w:rsidR="00496093">
        <w:trPr>
          <w:trHeight w:hRule="exact" w:val="1486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4E5080" w:rsidRDefault="003122E3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left="70"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Числа. Свойства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многозначного числа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16.09.2022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/>
              <w:ind w:left="154" w:right="144" w:hanging="15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496093">
        <w:trPr>
          <w:trHeight w:hRule="exact" w:val="1484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B3929" w:rsidRDefault="003122E3">
            <w:pPr>
              <w:autoSpaceDE w:val="0"/>
              <w:autoSpaceDN w:val="0"/>
              <w:spacing w:before="9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6" w:after="0" w:line="262" w:lineRule="auto"/>
              <w:ind w:left="70" w:right="144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Числа. Дополнение числа до заданного круглого числа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19.09.2022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/>
              <w:ind w:left="154" w:right="144" w:hanging="15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496093">
        <w:trPr>
          <w:trHeight w:hRule="exact" w:val="1820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48279E" w:rsidRDefault="003122E3">
            <w:pPr>
              <w:autoSpaceDE w:val="0"/>
              <w:autoSpaceDN w:val="0"/>
              <w:spacing w:before="98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81" w:lineRule="auto"/>
              <w:ind w:left="70" w:right="144"/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Величины. Величины: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сравнение объектов по массе, длине, площади,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вместимости.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Единица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вместимости (литр)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20.09.2022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1152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20395" w:rsidRDefault="003122E3">
            <w:pPr>
              <w:autoSpaceDE w:val="0"/>
              <w:autoSpaceDN w:val="0"/>
              <w:spacing w:before="9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6" w:after="0" w:line="271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Величины. Единицы массы —центнер, тонна; соотношения между единицами массы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22.09.2022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2150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D6622C" w:rsidRDefault="003122E3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71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Величины. Единицы массы —центнер, тонна; соотношения между единицами массы.</w:t>
            </w:r>
          </w:p>
          <w:p w:rsidR="00496093" w:rsidRPr="003122E3" w:rsidRDefault="003122E3">
            <w:pPr>
              <w:autoSpaceDE w:val="0"/>
              <w:autoSpaceDN w:val="0"/>
              <w:spacing w:before="70" w:after="0" w:line="230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Таблица единиц массы.</w:t>
            </w:r>
          </w:p>
          <w:p w:rsidR="00496093" w:rsidRPr="003122E3" w:rsidRDefault="003122E3">
            <w:pPr>
              <w:autoSpaceDE w:val="0"/>
              <w:autoSpaceDN w:val="0"/>
              <w:spacing w:before="70" w:after="0" w:line="262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Соотношение между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единицами в пределах 100 000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23.09.2022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tabs>
                <w:tab w:val="left" w:pos="154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  <w:tr w:rsidR="00496093">
        <w:trPr>
          <w:trHeight w:hRule="exact" w:val="1486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05243F" w:rsidRDefault="003122E3">
            <w:pPr>
              <w:autoSpaceDE w:val="0"/>
              <w:autoSpaceDN w:val="0"/>
              <w:spacing w:before="98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/>
              <w:ind w:left="70" w:right="144"/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Величины. Единицы времени (сутки, неделя, месяц, год,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век), соотношение между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ними.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Календарь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26.09.2022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tabs>
                <w:tab w:val="left" w:pos="154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Письменный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496093">
        <w:trPr>
          <w:trHeight w:hRule="exact" w:val="2484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F4BBF" w:rsidRDefault="003122E3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81" w:lineRule="auto"/>
              <w:ind w:left="70" w:right="144"/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Величины. Единицы времени (сутки, неделя, месяц, год,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век), соотношение между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ними.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Календарь. Таблица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единиц времени.</w:t>
            </w:r>
          </w:p>
          <w:p w:rsidR="00496093" w:rsidRPr="00D5462F" w:rsidRDefault="003122E3">
            <w:pPr>
              <w:autoSpaceDE w:val="0"/>
              <w:autoSpaceDN w:val="0"/>
              <w:spacing w:before="70" w:after="0" w:line="262" w:lineRule="auto"/>
              <w:ind w:left="70"/>
              <w:rPr>
                <w:lang w:val="ru-RU"/>
              </w:rPr>
            </w:pPr>
            <w:r w:rsidRPr="00D5462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Соотношение между </w:t>
            </w:r>
            <w:r w:rsidRPr="00D5462F">
              <w:rPr>
                <w:lang w:val="ru-RU"/>
              </w:rPr>
              <w:br/>
            </w:r>
            <w:r w:rsidRPr="00D5462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единицами в пределах 100 000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27.09.2022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tabs>
                <w:tab w:val="left" w:pos="154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  <w:tr w:rsidR="00496093">
        <w:trPr>
          <w:trHeight w:hRule="exact" w:val="1152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A56B58" w:rsidRDefault="003122E3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71" w:lineRule="auto"/>
              <w:ind w:left="70" w:right="288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Величины. Единицы длины (миллиметр, сантиметр,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дециметр, метр, километр)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29.09.2022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2382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A56B58" w:rsidRDefault="003122E3">
            <w:pPr>
              <w:autoSpaceDE w:val="0"/>
              <w:autoSpaceDN w:val="0"/>
              <w:spacing w:before="98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71" w:lineRule="auto"/>
              <w:ind w:left="70" w:right="288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Величины. Единицы длины (миллиметр, сантиметр,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дециметр, метр, километр).</w:t>
            </w:r>
          </w:p>
          <w:p w:rsidR="00496093" w:rsidRPr="003122E3" w:rsidRDefault="003122E3">
            <w:pPr>
              <w:autoSpaceDE w:val="0"/>
              <w:autoSpaceDN w:val="0"/>
              <w:spacing w:before="70" w:after="0" w:line="233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Таблица единиц длины.</w:t>
            </w:r>
          </w:p>
          <w:p w:rsidR="00496093" w:rsidRPr="003122E3" w:rsidRDefault="003122E3">
            <w:pPr>
              <w:autoSpaceDE w:val="0"/>
              <w:autoSpaceDN w:val="0"/>
              <w:spacing w:before="70" w:after="0" w:line="262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Соотношение между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единицами в пределах 100 000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30.09.2022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</w:tbl>
    <w:p w:rsidR="00496093" w:rsidRDefault="00496093">
      <w:pPr>
        <w:autoSpaceDE w:val="0"/>
        <w:autoSpaceDN w:val="0"/>
        <w:spacing w:after="0" w:line="14" w:lineRule="exact"/>
      </w:pPr>
    </w:p>
    <w:p w:rsidR="00496093" w:rsidRDefault="00496093">
      <w:pPr>
        <w:sectPr w:rsidR="00496093">
          <w:pgSz w:w="11900" w:h="16840"/>
          <w:pgMar w:top="284" w:right="556" w:bottom="320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496093" w:rsidRDefault="00496093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/>
      </w:tblPr>
      <w:tblGrid>
        <w:gridCol w:w="572"/>
        <w:gridCol w:w="3244"/>
        <w:gridCol w:w="724"/>
        <w:gridCol w:w="1606"/>
        <w:gridCol w:w="1652"/>
        <w:gridCol w:w="1222"/>
        <w:gridCol w:w="1630"/>
      </w:tblGrid>
      <w:tr w:rsidR="00496093">
        <w:trPr>
          <w:trHeight w:hRule="exact" w:val="1486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321FB" w:rsidRDefault="003122E3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Величины. Единицы площади (квадратный метр,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квадратный дециметр,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квадратный сантиметр)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03.10.2022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2484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22408F" w:rsidRDefault="003122E3">
            <w:pPr>
              <w:autoSpaceDE w:val="0"/>
              <w:autoSpaceDN w:val="0"/>
              <w:spacing w:before="9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6" w:after="0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Величины. Единицы площади (квадратный метр,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квадратный дециметр,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квадратный сантиметр).</w:t>
            </w:r>
          </w:p>
          <w:p w:rsidR="00496093" w:rsidRPr="003122E3" w:rsidRDefault="003122E3">
            <w:pPr>
              <w:autoSpaceDE w:val="0"/>
              <w:autoSpaceDN w:val="0"/>
              <w:spacing w:before="70" w:after="0" w:line="230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Таблица единиц площади.</w:t>
            </w:r>
          </w:p>
          <w:p w:rsidR="00496093" w:rsidRPr="003122E3" w:rsidRDefault="003122E3">
            <w:pPr>
              <w:autoSpaceDE w:val="0"/>
              <w:autoSpaceDN w:val="0"/>
              <w:spacing w:before="70" w:after="0" w:line="262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Соотношение между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единицами в пределах 100 000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04.10.2022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tabs>
                <w:tab w:val="left" w:pos="154"/>
              </w:tabs>
              <w:autoSpaceDE w:val="0"/>
              <w:autoSpaceDN w:val="0"/>
              <w:spacing w:before="96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  <w:tr w:rsidR="00496093">
        <w:trPr>
          <w:trHeight w:hRule="exact" w:val="1152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469AF" w:rsidRDefault="003122E3">
            <w:pPr>
              <w:autoSpaceDE w:val="0"/>
              <w:autoSpaceDN w:val="0"/>
              <w:spacing w:before="9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6" w:after="0" w:line="271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Величины. Единицы скорости (километры в час, метры в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минуту, метры в секунду)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06.10.2022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2150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075B10" w:rsidRDefault="003122E3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71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Величины. Единицы скорости (километры в час, метры в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минуту, метры в секунду).</w:t>
            </w:r>
          </w:p>
          <w:p w:rsidR="00496093" w:rsidRPr="003122E3" w:rsidRDefault="003122E3">
            <w:pPr>
              <w:autoSpaceDE w:val="0"/>
              <w:autoSpaceDN w:val="0"/>
              <w:spacing w:before="70" w:after="0" w:line="230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Таблица единиц скорости.</w:t>
            </w:r>
          </w:p>
          <w:p w:rsidR="00496093" w:rsidRPr="003122E3" w:rsidRDefault="003122E3">
            <w:pPr>
              <w:autoSpaceDE w:val="0"/>
              <w:autoSpaceDN w:val="0"/>
              <w:spacing w:before="70" w:after="0" w:line="262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Соотношение между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единицами в пределах 100 000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07.10.2022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Тестирование;</w:t>
            </w:r>
          </w:p>
        </w:tc>
      </w:tr>
      <w:tr w:rsidR="00496093">
        <w:trPr>
          <w:trHeight w:hRule="exact" w:val="820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62" w:lineRule="auto"/>
              <w:ind w:left="70" w:right="432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Величины. Доля величины времени, массы, длины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10.10.2022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1486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D5462F" w:rsidRDefault="003122E3">
            <w:pPr>
              <w:autoSpaceDE w:val="0"/>
              <w:autoSpaceDN w:val="0"/>
              <w:spacing w:before="98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/>
              <w:ind w:left="70" w:right="288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Арифметические действия. Письменное сложение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многозначных чисел в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пределах миллиона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11.10.2022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1486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234229" w:rsidRDefault="003122E3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/>
              <w:ind w:left="70" w:right="288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Арифметические действия. Письменное вычитание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многозначных чисел в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пределах миллиона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13.10.2022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2484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BF0DE4" w:rsidRDefault="003122E3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30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Арифметические действия.</w:t>
            </w:r>
          </w:p>
          <w:p w:rsidR="00496093" w:rsidRDefault="003122E3">
            <w:pPr>
              <w:autoSpaceDE w:val="0"/>
              <w:autoSpaceDN w:val="0"/>
              <w:spacing w:before="70" w:after="0" w:line="281" w:lineRule="auto"/>
              <w:ind w:left="70"/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Письменное сложение,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вычитание многозначных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чисел в пределах миллиона.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Вычитание с переходомчерез несколько разрядов вида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60005 - 798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14.10.2022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tabs>
                <w:tab w:val="left" w:pos="154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  <w:tr w:rsidR="00496093">
        <w:trPr>
          <w:trHeight w:hRule="exact" w:val="2048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CF1E99" w:rsidRDefault="003122E3">
            <w:pPr>
              <w:autoSpaceDE w:val="0"/>
              <w:autoSpaceDN w:val="0"/>
              <w:spacing w:before="9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6" w:after="0" w:line="233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Арифметические действия.</w:t>
            </w:r>
          </w:p>
          <w:p w:rsidR="00496093" w:rsidRPr="003122E3" w:rsidRDefault="003122E3">
            <w:pPr>
              <w:autoSpaceDE w:val="0"/>
              <w:autoSpaceDN w:val="0"/>
              <w:spacing w:before="70" w:after="0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Письменное умножение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многозначных чисел на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однозначное число в пределах 100</w:t>
            </w:r>
            <w:r w:rsidR="00CF1E9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 </w:t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000</w:t>
            </w:r>
            <w:r w:rsidR="00CF1E9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17.10.2022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</w:tbl>
    <w:p w:rsidR="00496093" w:rsidRDefault="00496093">
      <w:pPr>
        <w:autoSpaceDE w:val="0"/>
        <w:autoSpaceDN w:val="0"/>
        <w:spacing w:after="0" w:line="14" w:lineRule="exact"/>
      </w:pPr>
    </w:p>
    <w:p w:rsidR="00496093" w:rsidRDefault="00496093">
      <w:pPr>
        <w:sectPr w:rsidR="00496093">
          <w:pgSz w:w="11900" w:h="16840"/>
          <w:pgMar w:top="284" w:right="556" w:bottom="320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496093" w:rsidRDefault="00496093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/>
      </w:tblPr>
      <w:tblGrid>
        <w:gridCol w:w="572"/>
        <w:gridCol w:w="3244"/>
        <w:gridCol w:w="724"/>
        <w:gridCol w:w="1606"/>
        <w:gridCol w:w="1652"/>
        <w:gridCol w:w="1222"/>
        <w:gridCol w:w="1630"/>
      </w:tblGrid>
      <w:tr w:rsidR="00496093">
        <w:trPr>
          <w:trHeight w:hRule="exact" w:val="1818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30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Арифметические действия.</w:t>
            </w:r>
          </w:p>
          <w:p w:rsidR="00496093" w:rsidRPr="003122E3" w:rsidRDefault="003122E3">
            <w:pPr>
              <w:autoSpaceDE w:val="0"/>
              <w:autoSpaceDN w:val="0"/>
              <w:spacing w:before="70" w:after="0"/>
              <w:ind w:left="70" w:right="144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Письменное умножение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многозначных чисел на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двузначное число в пределах 100 000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18.10.2022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2484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F20DA2" w:rsidRDefault="003122E3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30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Арифметические действия.</w:t>
            </w:r>
          </w:p>
          <w:p w:rsidR="00496093" w:rsidRDefault="003122E3">
            <w:pPr>
              <w:autoSpaceDE w:val="0"/>
              <w:autoSpaceDN w:val="0"/>
              <w:spacing w:before="70" w:after="0" w:line="283" w:lineRule="auto"/>
              <w:ind w:left="70"/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Письменное умножение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многозначных чисел на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двузначное число в пределах 100 000.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Письменныеприемыумножениявида 243 ∙ 20, 545∙ 200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20.10.2022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2150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297DE4" w:rsidRDefault="003122E3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30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Арифметические действия.</w:t>
            </w:r>
          </w:p>
          <w:p w:rsidR="00496093" w:rsidRDefault="003122E3">
            <w:pPr>
              <w:autoSpaceDE w:val="0"/>
              <w:autoSpaceDN w:val="0"/>
              <w:spacing w:before="70" w:after="0" w:line="281" w:lineRule="auto"/>
              <w:ind w:left="70" w:right="144"/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Письменное умножение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многозначных чисел на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двузначное число в пределах 100 000.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Умножениечисел, оканчивающихсянулями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21.10.2022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tabs>
                <w:tab w:val="left" w:pos="154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Письменный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496093">
        <w:trPr>
          <w:trHeight w:hRule="exact" w:val="1820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AD085B" w:rsidRDefault="003122E3">
            <w:pPr>
              <w:autoSpaceDE w:val="0"/>
              <w:autoSpaceDN w:val="0"/>
              <w:spacing w:before="98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33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Арифметические действия.</w:t>
            </w:r>
          </w:p>
          <w:p w:rsidR="00496093" w:rsidRPr="003122E3" w:rsidRDefault="003122E3">
            <w:pPr>
              <w:autoSpaceDE w:val="0"/>
              <w:autoSpaceDN w:val="0"/>
              <w:spacing w:before="68" w:after="0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Письменное деление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многозначных чисел на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однозначное число в пределах 100 000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24.10.2022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2816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DC0B4C" w:rsidRDefault="003122E3">
            <w:pPr>
              <w:autoSpaceDE w:val="0"/>
              <w:autoSpaceDN w:val="0"/>
              <w:spacing w:before="9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6" w:after="0" w:line="233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Арифметические действия.</w:t>
            </w:r>
          </w:p>
          <w:p w:rsidR="00496093" w:rsidRDefault="003122E3">
            <w:pPr>
              <w:autoSpaceDE w:val="0"/>
              <w:autoSpaceDN w:val="0"/>
              <w:spacing w:before="70" w:after="0" w:line="283" w:lineRule="auto"/>
              <w:ind w:left="70"/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Письменное деление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многозначных чисел на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однозначное число в пределах 100 000.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Деление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многозначногочислана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однозначное (в записи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частного - нули)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25.10.2022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2484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639A4" w:rsidRDefault="003122E3">
            <w:pPr>
              <w:autoSpaceDE w:val="0"/>
              <w:autoSpaceDN w:val="0"/>
              <w:spacing w:before="9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6" w:after="0" w:line="233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Арифметические действия.</w:t>
            </w:r>
          </w:p>
          <w:p w:rsidR="00496093" w:rsidRDefault="003122E3">
            <w:pPr>
              <w:autoSpaceDE w:val="0"/>
              <w:autoSpaceDN w:val="0"/>
              <w:spacing w:before="70" w:after="0" w:line="281" w:lineRule="auto"/>
              <w:ind w:left="70"/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Письменное деление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многозначных чисел на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однозначное число в пределах 100 000.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Писменноеделениеначисло, оканчивающееся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нулями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27.10.2022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2024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1E7620" w:rsidRDefault="003122E3">
            <w:pPr>
              <w:autoSpaceDE w:val="0"/>
              <w:autoSpaceDN w:val="0"/>
              <w:spacing w:before="9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6" w:after="0" w:line="233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Арифметические действия.</w:t>
            </w:r>
          </w:p>
          <w:p w:rsidR="00496093" w:rsidRPr="003122E3" w:rsidRDefault="003122E3">
            <w:pPr>
              <w:autoSpaceDE w:val="0"/>
              <w:autoSpaceDN w:val="0"/>
              <w:spacing w:before="70" w:after="0"/>
              <w:ind w:left="70" w:right="144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Письменное деление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многозначных чисел на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двузначное число в пределах 100 000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28.10.2022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tabs>
                <w:tab w:val="left" w:pos="154"/>
              </w:tabs>
              <w:autoSpaceDE w:val="0"/>
              <w:autoSpaceDN w:val="0"/>
              <w:spacing w:before="96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</w:tbl>
    <w:p w:rsidR="00496093" w:rsidRDefault="00496093">
      <w:pPr>
        <w:autoSpaceDE w:val="0"/>
        <w:autoSpaceDN w:val="0"/>
        <w:spacing w:after="0" w:line="14" w:lineRule="exact"/>
      </w:pPr>
    </w:p>
    <w:p w:rsidR="00496093" w:rsidRDefault="00496093">
      <w:pPr>
        <w:sectPr w:rsidR="00496093">
          <w:pgSz w:w="11900" w:h="16840"/>
          <w:pgMar w:top="284" w:right="556" w:bottom="320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496093" w:rsidRDefault="00496093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/>
      </w:tblPr>
      <w:tblGrid>
        <w:gridCol w:w="572"/>
        <w:gridCol w:w="3244"/>
        <w:gridCol w:w="724"/>
        <w:gridCol w:w="1606"/>
        <w:gridCol w:w="1652"/>
        <w:gridCol w:w="1222"/>
        <w:gridCol w:w="1630"/>
      </w:tblGrid>
      <w:tr w:rsidR="00496093">
        <w:trPr>
          <w:trHeight w:hRule="exact" w:val="2816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A3841" w:rsidRDefault="003122E3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35.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30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Арифметические действия.</w:t>
            </w:r>
          </w:p>
          <w:p w:rsidR="00496093" w:rsidRDefault="003122E3">
            <w:pPr>
              <w:autoSpaceDE w:val="0"/>
              <w:autoSpaceDN w:val="0"/>
              <w:spacing w:before="70" w:after="0" w:line="283" w:lineRule="auto"/>
              <w:ind w:left="70" w:right="144"/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Письменное деление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многозначных чисел на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двузначное число в пределах 100 000.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Делениена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двузначноечисло (цифра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частного находится способом проб)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07.11.2022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2484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36.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30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Арифметические действия.</w:t>
            </w:r>
          </w:p>
          <w:p w:rsidR="00496093" w:rsidRDefault="003122E3">
            <w:pPr>
              <w:autoSpaceDE w:val="0"/>
              <w:autoSpaceDN w:val="0"/>
              <w:spacing w:before="70" w:after="0" w:line="283" w:lineRule="auto"/>
              <w:ind w:left="70" w:right="144"/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Письменное деление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многозначных чисел на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двузначное число в пределах 100 000.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Делениена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двузначноечисло (в записи частного есть нули)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08.11.2022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3150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460A44" w:rsidRDefault="003122E3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37.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30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Арифметические действия.</w:t>
            </w:r>
          </w:p>
          <w:p w:rsidR="00496093" w:rsidRPr="003122E3" w:rsidRDefault="003122E3">
            <w:pPr>
              <w:autoSpaceDE w:val="0"/>
              <w:autoSpaceDN w:val="0"/>
              <w:spacing w:before="70" w:after="0"/>
              <w:ind w:left="70" w:right="432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Письменное деление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многозначных чисел на однозначное/двузначное число в пределах 100 000.</w:t>
            </w:r>
          </w:p>
          <w:p w:rsidR="00496093" w:rsidRPr="003122E3" w:rsidRDefault="003122E3">
            <w:pPr>
              <w:autoSpaceDE w:val="0"/>
              <w:autoSpaceDN w:val="0"/>
              <w:spacing w:before="70" w:after="0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Нахождение числа, большего или меньшего данного числа на заданное число, в заданное число раз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10.11.2022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1484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B639B" w:rsidRDefault="003122E3">
            <w:pPr>
              <w:autoSpaceDE w:val="0"/>
              <w:autoSpaceDN w:val="0"/>
              <w:spacing w:before="9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38.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6" w:after="0" w:line="233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Арифметические действия.</w:t>
            </w:r>
          </w:p>
          <w:p w:rsidR="00496093" w:rsidRPr="003122E3" w:rsidRDefault="003122E3">
            <w:pPr>
              <w:autoSpaceDE w:val="0"/>
              <w:autoSpaceDN w:val="0"/>
              <w:spacing w:before="70" w:after="0" w:line="271" w:lineRule="auto"/>
              <w:ind w:left="70" w:right="144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Письменное деление с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остатком (запись уголком) в пределах 100 000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11.11.2022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tabs>
                <w:tab w:val="left" w:pos="154"/>
              </w:tabs>
              <w:autoSpaceDE w:val="0"/>
              <w:autoSpaceDN w:val="0"/>
              <w:spacing w:before="96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  <w:tr w:rsidR="00496093">
        <w:trPr>
          <w:trHeight w:hRule="exact" w:val="820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A8253A" w:rsidRDefault="003122E3">
            <w:pPr>
              <w:autoSpaceDE w:val="0"/>
              <w:autoSpaceDN w:val="0"/>
              <w:spacing w:before="98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39.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left="70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Арифметические действия. Умножение на 10, 100, 1000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14.11.2022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820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40.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left="70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Арифметические действия. Деление на 10, 100, 1000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15.11.2022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tabs>
                <w:tab w:val="left" w:pos="154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  <w:tr w:rsidR="00496093">
        <w:trPr>
          <w:trHeight w:hRule="exact" w:val="820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41.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left="70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Арифметические действия. Свойства сложения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17.11.2022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820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A4256" w:rsidRDefault="003122E3">
            <w:pPr>
              <w:autoSpaceDE w:val="0"/>
              <w:autoSpaceDN w:val="0"/>
              <w:spacing w:before="98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42.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left="70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Арифметические действия. Свойства умножения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18.11.2022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tabs>
                <w:tab w:val="left" w:pos="154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Письменный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496093">
        <w:trPr>
          <w:trHeight w:hRule="exact" w:val="1466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4C1013" w:rsidRDefault="003122E3">
            <w:pPr>
              <w:autoSpaceDE w:val="0"/>
              <w:autoSpaceDN w:val="0"/>
              <w:spacing w:before="98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43.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33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Арифметические действия.</w:t>
            </w:r>
          </w:p>
          <w:p w:rsidR="00496093" w:rsidRPr="003122E3" w:rsidRDefault="003122E3">
            <w:pPr>
              <w:autoSpaceDE w:val="0"/>
              <w:autoSpaceDN w:val="0"/>
              <w:spacing w:before="68" w:after="0" w:line="271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Применение свойств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арифметических действий для вычислений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21.11.2022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tabs>
                <w:tab w:val="left" w:pos="154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</w:tbl>
    <w:p w:rsidR="00496093" w:rsidRDefault="00496093">
      <w:pPr>
        <w:autoSpaceDE w:val="0"/>
        <w:autoSpaceDN w:val="0"/>
        <w:spacing w:after="0" w:line="14" w:lineRule="exact"/>
      </w:pPr>
    </w:p>
    <w:p w:rsidR="00496093" w:rsidRDefault="00496093">
      <w:pPr>
        <w:sectPr w:rsidR="00496093">
          <w:pgSz w:w="11900" w:h="16840"/>
          <w:pgMar w:top="284" w:right="556" w:bottom="780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496093" w:rsidRDefault="00496093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/>
      </w:tblPr>
      <w:tblGrid>
        <w:gridCol w:w="572"/>
        <w:gridCol w:w="3244"/>
        <w:gridCol w:w="724"/>
        <w:gridCol w:w="1606"/>
        <w:gridCol w:w="1652"/>
        <w:gridCol w:w="1222"/>
        <w:gridCol w:w="1630"/>
      </w:tblGrid>
      <w:tr w:rsidR="00496093">
        <w:trPr>
          <w:trHeight w:hRule="exact" w:val="3150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44.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86" w:lineRule="auto"/>
              <w:ind w:left="70" w:right="288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Арифметические действия. Поиск значения числового выражения, содержащего несколько действий в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пределах 100 000. Числовое выражение, содержащее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действия сложения,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вычитания, умножения и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деления (без скобок)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22.11.2022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3148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45.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6" w:after="0" w:line="286" w:lineRule="auto"/>
              <w:ind w:left="70" w:right="288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Арифметические действия. Поиск значения числового выражения, содержащего несколько действий в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пределах 100 000. Числовое выражение, содержащее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действия сложения,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вычитания, умножения и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деления (со скобками)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24.11.2022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tabs>
                <w:tab w:val="left" w:pos="154"/>
              </w:tabs>
              <w:autoSpaceDE w:val="0"/>
              <w:autoSpaceDN w:val="0"/>
              <w:spacing w:before="96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  <w:tr w:rsidR="00496093">
        <w:trPr>
          <w:trHeight w:hRule="exact" w:val="1486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4D6F38" w:rsidRDefault="003122E3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46.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30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Арифметические действия.</w:t>
            </w:r>
          </w:p>
          <w:p w:rsidR="00496093" w:rsidRPr="003122E3" w:rsidRDefault="003122E3">
            <w:pPr>
              <w:autoSpaceDE w:val="0"/>
              <w:autoSpaceDN w:val="0"/>
              <w:spacing w:before="70" w:after="0" w:line="271" w:lineRule="auto"/>
              <w:ind w:left="70" w:right="432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Проверка результата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вычислений, в том числе с помощью калькулятора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25.11.2022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2150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61521" w:rsidRDefault="003122E3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47.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30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Арифметические действия.</w:t>
            </w:r>
          </w:p>
          <w:p w:rsidR="00496093" w:rsidRPr="003122E3" w:rsidRDefault="003122E3">
            <w:pPr>
              <w:autoSpaceDE w:val="0"/>
              <w:autoSpaceDN w:val="0"/>
              <w:spacing w:before="70" w:after="0" w:line="271" w:lineRule="auto"/>
              <w:ind w:left="70" w:right="432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Проверка результата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вычислений, в том числе с помощью калькулятора.</w:t>
            </w:r>
          </w:p>
          <w:p w:rsidR="00496093" w:rsidRDefault="003122E3">
            <w:pPr>
              <w:autoSpaceDE w:val="0"/>
              <w:autoSpaceDN w:val="0"/>
              <w:spacing w:before="70" w:after="0" w:line="262" w:lineRule="auto"/>
              <w:ind w:left="70"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Проверкаумноженияделением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28.11.2022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2152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61521" w:rsidRDefault="003122E3">
            <w:pPr>
              <w:autoSpaceDE w:val="0"/>
              <w:autoSpaceDN w:val="0"/>
              <w:spacing w:before="98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48.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33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Арифметические действия.</w:t>
            </w:r>
          </w:p>
          <w:p w:rsidR="00496093" w:rsidRPr="003122E3" w:rsidRDefault="003122E3">
            <w:pPr>
              <w:autoSpaceDE w:val="0"/>
              <w:autoSpaceDN w:val="0"/>
              <w:spacing w:before="68" w:after="0" w:line="271" w:lineRule="auto"/>
              <w:ind w:left="70" w:right="432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Проверка результата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вычислений, в том числе с помощью калькулятора.</w:t>
            </w:r>
          </w:p>
          <w:p w:rsidR="00496093" w:rsidRDefault="003122E3">
            <w:pPr>
              <w:autoSpaceDE w:val="0"/>
              <w:autoSpaceDN w:val="0"/>
              <w:spacing w:before="70" w:after="0" w:line="262" w:lineRule="auto"/>
              <w:ind w:left="70" w:right="129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Проверкаделенияумножением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29.11.2022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tabs>
                <w:tab w:val="left" w:pos="154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  <w:tr w:rsidR="00496093">
        <w:trPr>
          <w:trHeight w:hRule="exact" w:val="2464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49.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30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Арифметические действия.</w:t>
            </w:r>
          </w:p>
          <w:p w:rsidR="00496093" w:rsidRPr="003122E3" w:rsidRDefault="003122E3">
            <w:pPr>
              <w:autoSpaceDE w:val="0"/>
              <w:autoSpaceDN w:val="0"/>
              <w:spacing w:before="70" w:after="0" w:line="281" w:lineRule="auto"/>
              <w:ind w:left="70" w:right="288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Равенство, содержащее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неизвестный компонент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арифметического действия сложения: запись,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нахождение неизвестного компонента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01.12.2022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</w:tbl>
    <w:p w:rsidR="00496093" w:rsidRDefault="00496093">
      <w:pPr>
        <w:autoSpaceDE w:val="0"/>
        <w:autoSpaceDN w:val="0"/>
        <w:spacing w:after="0" w:line="14" w:lineRule="exact"/>
      </w:pPr>
    </w:p>
    <w:p w:rsidR="00496093" w:rsidRDefault="00496093">
      <w:pPr>
        <w:sectPr w:rsidR="00496093">
          <w:pgSz w:w="11900" w:h="16840"/>
          <w:pgMar w:top="284" w:right="556" w:bottom="844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496093" w:rsidRDefault="00496093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/>
      </w:tblPr>
      <w:tblGrid>
        <w:gridCol w:w="572"/>
        <w:gridCol w:w="3244"/>
        <w:gridCol w:w="724"/>
        <w:gridCol w:w="1606"/>
        <w:gridCol w:w="1652"/>
        <w:gridCol w:w="1222"/>
        <w:gridCol w:w="1630"/>
      </w:tblGrid>
      <w:tr w:rsidR="00496093">
        <w:trPr>
          <w:trHeight w:hRule="exact" w:val="2484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50.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30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Арифметические действия.</w:t>
            </w:r>
          </w:p>
          <w:p w:rsidR="00496093" w:rsidRPr="003122E3" w:rsidRDefault="003122E3">
            <w:pPr>
              <w:autoSpaceDE w:val="0"/>
              <w:autoSpaceDN w:val="0"/>
              <w:spacing w:before="70" w:after="0" w:line="281" w:lineRule="auto"/>
              <w:ind w:left="70" w:right="288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Равенство, содержащее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неизвестный компонент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арифметического действия вычитания: запись,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нахождение неизвестного компонента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02.12.2022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2484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51.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6" w:after="0" w:line="233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Арифметические действия.</w:t>
            </w:r>
          </w:p>
          <w:p w:rsidR="00496093" w:rsidRPr="003122E3" w:rsidRDefault="003122E3">
            <w:pPr>
              <w:autoSpaceDE w:val="0"/>
              <w:autoSpaceDN w:val="0"/>
              <w:spacing w:before="70" w:after="0" w:line="281" w:lineRule="auto"/>
              <w:ind w:left="70" w:right="288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Равенство, содержащее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неизвестный компонент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арифметического действия умножения: запись,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нахождение неизвестного компонента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05.12.2022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2150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4D3C7E" w:rsidRDefault="003122E3">
            <w:pPr>
              <w:autoSpaceDE w:val="0"/>
              <w:autoSpaceDN w:val="0"/>
              <w:spacing w:before="9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52.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6" w:after="0" w:line="233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Арифметические действия.</w:t>
            </w:r>
          </w:p>
          <w:p w:rsidR="00496093" w:rsidRPr="003122E3" w:rsidRDefault="003122E3">
            <w:pPr>
              <w:autoSpaceDE w:val="0"/>
              <w:autoSpaceDN w:val="0"/>
              <w:spacing w:before="70" w:after="0" w:line="281" w:lineRule="auto"/>
              <w:ind w:left="70" w:right="144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Равенство, содержащее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неизвестный компонент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арифметического действия деления: запись, нахождение неизвестного компонента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06.12.2022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tabs>
                <w:tab w:val="left" w:pos="154"/>
              </w:tabs>
              <w:autoSpaceDE w:val="0"/>
              <w:autoSpaceDN w:val="0"/>
              <w:spacing w:before="96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  <w:tr w:rsidR="00496093">
        <w:trPr>
          <w:trHeight w:hRule="exact" w:val="2484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53.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30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Арифметические действия.</w:t>
            </w:r>
          </w:p>
          <w:p w:rsidR="00496093" w:rsidRPr="003122E3" w:rsidRDefault="003122E3">
            <w:pPr>
              <w:autoSpaceDE w:val="0"/>
              <w:autoSpaceDN w:val="0"/>
              <w:spacing w:before="70" w:after="0" w:line="283" w:lineRule="auto"/>
              <w:ind w:left="70" w:right="288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Равенство, содержащее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неизвестный компонент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арифметического действия деления с остатком: запись, нахождение неизвестного компонента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08.12.2022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1152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54.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71" w:lineRule="auto"/>
              <w:ind w:left="70" w:right="288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Арифметические действия. Умножение величины на однозначное число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09.12.2022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1154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51BAC" w:rsidRDefault="003122E3">
            <w:pPr>
              <w:autoSpaceDE w:val="0"/>
              <w:autoSpaceDN w:val="0"/>
              <w:spacing w:before="98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55.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71" w:lineRule="auto"/>
              <w:ind w:left="70" w:right="288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Арифметические действия. Деление величины на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однозначное число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12.12.2022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tabs>
                <w:tab w:val="left" w:pos="154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Письменный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496093">
        <w:trPr>
          <w:trHeight w:hRule="exact" w:val="1486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56.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6" w:after="0" w:line="233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Арифметические действия.</w:t>
            </w:r>
          </w:p>
          <w:p w:rsidR="00496093" w:rsidRPr="003122E3" w:rsidRDefault="003122E3">
            <w:pPr>
              <w:autoSpaceDE w:val="0"/>
              <w:autoSpaceDN w:val="0"/>
              <w:spacing w:before="70" w:after="0" w:line="271" w:lineRule="auto"/>
              <w:ind w:left="70" w:right="432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Умножение и деление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величины на однозначное число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13.12.2022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1916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57.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6" w:after="0" w:line="233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Арифметические действия.</w:t>
            </w:r>
          </w:p>
          <w:p w:rsidR="00496093" w:rsidRDefault="003122E3">
            <w:pPr>
              <w:autoSpaceDE w:val="0"/>
              <w:autoSpaceDN w:val="0"/>
              <w:spacing w:before="70" w:after="0"/>
              <w:ind w:left="70" w:right="432"/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Умножение и деление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величины на однозначное число.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Понятиедоли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15.12.2022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tabs>
                <w:tab w:val="left" w:pos="154"/>
              </w:tabs>
              <w:autoSpaceDE w:val="0"/>
              <w:autoSpaceDN w:val="0"/>
              <w:spacing w:before="96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</w:tbl>
    <w:p w:rsidR="00496093" w:rsidRDefault="00496093">
      <w:pPr>
        <w:autoSpaceDE w:val="0"/>
        <w:autoSpaceDN w:val="0"/>
        <w:spacing w:after="0" w:line="14" w:lineRule="exact"/>
      </w:pPr>
    </w:p>
    <w:p w:rsidR="00496093" w:rsidRDefault="00496093">
      <w:pPr>
        <w:sectPr w:rsidR="00496093">
          <w:pgSz w:w="11900" w:h="16840"/>
          <w:pgMar w:top="284" w:right="556" w:bottom="464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496093" w:rsidRDefault="00496093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/>
      </w:tblPr>
      <w:tblGrid>
        <w:gridCol w:w="572"/>
        <w:gridCol w:w="3244"/>
        <w:gridCol w:w="724"/>
        <w:gridCol w:w="1606"/>
        <w:gridCol w:w="1652"/>
        <w:gridCol w:w="1222"/>
        <w:gridCol w:w="1630"/>
      </w:tblGrid>
      <w:tr w:rsidR="00496093">
        <w:trPr>
          <w:trHeight w:hRule="exact" w:val="1818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58.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30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Арифметические действия.</w:t>
            </w:r>
          </w:p>
          <w:p w:rsidR="00496093" w:rsidRDefault="003122E3">
            <w:pPr>
              <w:autoSpaceDE w:val="0"/>
              <w:autoSpaceDN w:val="0"/>
              <w:spacing w:before="70" w:after="0"/>
              <w:ind w:left="70" w:right="432"/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Умножение и деление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величины на однозначное число.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Сравнениедолейодногоцелого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16.12.2022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1818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A65289" w:rsidRDefault="003122E3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59.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30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Арифметические действия.</w:t>
            </w:r>
          </w:p>
          <w:p w:rsidR="00496093" w:rsidRDefault="003122E3">
            <w:pPr>
              <w:autoSpaceDE w:val="0"/>
              <w:autoSpaceDN w:val="0"/>
              <w:spacing w:before="70" w:after="0"/>
              <w:ind w:left="70" w:right="288"/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Умножение и деление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величины на однозначное число.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Нахождениедолиотвеличины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19.12.2022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1818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60.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30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Арифметические действия.</w:t>
            </w:r>
          </w:p>
          <w:p w:rsidR="00496093" w:rsidRPr="003122E3" w:rsidRDefault="003122E3">
            <w:pPr>
              <w:autoSpaceDE w:val="0"/>
              <w:autoSpaceDN w:val="0"/>
              <w:spacing w:before="70" w:after="0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Умножение и деление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величины на однозначное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число. Нахождение величины по её доле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20.12.2022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71" w:lineRule="auto"/>
              <w:ind w:left="154" w:hanging="15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Практическая работа;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496093">
        <w:trPr>
          <w:trHeight w:hRule="exact" w:val="1818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CE1E1E" w:rsidRDefault="003122E3">
            <w:pPr>
              <w:autoSpaceDE w:val="0"/>
              <w:autoSpaceDN w:val="0"/>
              <w:spacing w:before="98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61.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81" w:lineRule="auto"/>
              <w:ind w:left="70" w:right="288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Текстовые задачи. Работа с текстовой задачей, решение которой содержит 2—3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действия: анализ,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представление на модели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22.12.2022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1820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B83F4E" w:rsidRDefault="003122E3">
            <w:pPr>
              <w:autoSpaceDE w:val="0"/>
              <w:autoSpaceDN w:val="0"/>
              <w:spacing w:before="98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62.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 w:rsidP="00B83F4E">
            <w:pPr>
              <w:tabs>
                <w:tab w:val="left" w:pos="2501"/>
              </w:tabs>
              <w:autoSpaceDE w:val="0"/>
              <w:autoSpaceDN w:val="0"/>
              <w:spacing w:before="98" w:after="0" w:line="281" w:lineRule="auto"/>
              <w:ind w:left="70" w:right="288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Текстовые задачи. Работа с текстовой задачей, решение которой содержит 2—3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действия: планирование и запись решения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23.12.2022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1818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B83F4E" w:rsidRDefault="003122E3">
            <w:pPr>
              <w:autoSpaceDE w:val="0"/>
              <w:autoSpaceDN w:val="0"/>
              <w:spacing w:before="9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63.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6" w:after="0" w:line="281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Текстовые задачи. Работа с текстовой задачей, решение которой содержит 2—3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действия: проверка решения и ответа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26.12.2022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tabs>
                <w:tab w:val="left" w:pos="154"/>
              </w:tabs>
              <w:autoSpaceDE w:val="0"/>
              <w:autoSpaceDN w:val="0"/>
              <w:spacing w:before="96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Письменный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496093">
        <w:trPr>
          <w:trHeight w:hRule="exact" w:val="4246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B57A3C" w:rsidRDefault="003122E3">
            <w:pPr>
              <w:autoSpaceDE w:val="0"/>
              <w:autoSpaceDN w:val="0"/>
              <w:spacing w:before="9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64.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88" w:lineRule="auto"/>
              <w:ind w:left="70"/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Текстовые задачи. Работа с текстовой задачей, решение которой содержит 2—3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действия: анализ,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представление на модели;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планирование и запись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решения; проверка решения и ответа.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Задачинанахождениечетвертого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пропорционального,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решаемые способом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отношений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27.12.2022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</w:tbl>
    <w:p w:rsidR="00496093" w:rsidRDefault="00496093">
      <w:pPr>
        <w:autoSpaceDE w:val="0"/>
        <w:autoSpaceDN w:val="0"/>
        <w:spacing w:after="0" w:line="14" w:lineRule="exact"/>
      </w:pPr>
    </w:p>
    <w:p w:rsidR="00496093" w:rsidRDefault="00496093">
      <w:pPr>
        <w:sectPr w:rsidR="00496093">
          <w:pgSz w:w="11900" w:h="16840"/>
          <w:pgMar w:top="284" w:right="556" w:bottom="540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496093" w:rsidRDefault="00496093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/>
      </w:tblPr>
      <w:tblGrid>
        <w:gridCol w:w="572"/>
        <w:gridCol w:w="3244"/>
        <w:gridCol w:w="724"/>
        <w:gridCol w:w="1606"/>
        <w:gridCol w:w="1652"/>
        <w:gridCol w:w="1222"/>
        <w:gridCol w:w="1630"/>
      </w:tblGrid>
      <w:tr w:rsidR="00496093">
        <w:trPr>
          <w:trHeight w:hRule="exact" w:val="3482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704CB1" w:rsidRDefault="003122E3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65.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86" w:lineRule="auto"/>
              <w:ind w:left="70"/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Текстовые задачи. Работа с текстовой задачей, решение которой содержит 2—3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действия: анализ,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представление на модели;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планирование и запись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решения; проверка решения и ответа.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Задачинанахождениенеизвестных по двум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разностям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09.01.2023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tabs>
                <w:tab w:val="left" w:pos="154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  <w:tr w:rsidR="00496093">
        <w:trPr>
          <w:trHeight w:hRule="exact" w:val="3814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66.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86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Текстовые задачи. Работа с текстовой задачей, решение которой содержит 2—3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действия: анализ,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представление на модели;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планирование и запись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решения; проверка решения и ответа. Задачи на увеличение числа в несколько раз,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выраженные в косвенной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форме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10.01.2023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3816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106DF5" w:rsidRDefault="003122E3">
            <w:pPr>
              <w:autoSpaceDE w:val="0"/>
              <w:autoSpaceDN w:val="0"/>
              <w:spacing w:before="98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67.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86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Текстовые задачи. Работа с текстовой задачей, решение которой содержит 2—3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действия: анализ,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представление на модели;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планирование и запись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решения; проверка решения и ответа. Задачи на уменьшение числа в несколько раз,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выраженные в косвенной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форме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12.01.2023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3128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B15956" w:rsidRDefault="003122E3">
            <w:pPr>
              <w:autoSpaceDE w:val="0"/>
              <w:autoSpaceDN w:val="0"/>
              <w:spacing w:before="9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86" w:lineRule="auto"/>
              <w:ind w:left="70"/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Текстовые задачи. Работа с текстовой задачей, решение которой содержит 2—3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действия: анализ,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представление на модели;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планирование и запись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решения; проверка решения и ответа.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Задачина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пропорциональноеделение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13.01.2023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tabs>
                <w:tab w:val="left" w:pos="154"/>
              </w:tabs>
              <w:autoSpaceDE w:val="0"/>
              <w:autoSpaceDN w:val="0"/>
              <w:spacing w:before="96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</w:tbl>
    <w:p w:rsidR="00496093" w:rsidRDefault="00496093">
      <w:pPr>
        <w:autoSpaceDE w:val="0"/>
        <w:autoSpaceDN w:val="0"/>
        <w:spacing w:after="0" w:line="14" w:lineRule="exact"/>
      </w:pPr>
    </w:p>
    <w:p w:rsidR="00496093" w:rsidRDefault="00496093">
      <w:pPr>
        <w:sectPr w:rsidR="00496093">
          <w:pgSz w:w="11900" w:h="16840"/>
          <w:pgMar w:top="284" w:right="556" w:bottom="1000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496093" w:rsidRDefault="00496093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/>
      </w:tblPr>
      <w:tblGrid>
        <w:gridCol w:w="572"/>
        <w:gridCol w:w="3244"/>
        <w:gridCol w:w="724"/>
        <w:gridCol w:w="1606"/>
        <w:gridCol w:w="1652"/>
        <w:gridCol w:w="1222"/>
        <w:gridCol w:w="1630"/>
      </w:tblGrid>
      <w:tr w:rsidR="00496093">
        <w:trPr>
          <w:trHeight w:hRule="exact" w:val="2150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69.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81" w:lineRule="auto"/>
              <w:ind w:left="70" w:right="144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Текстовые задачи. Анализ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зависимостей,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характеризующих процессы: движения (скорость, время, пройденный путь) и решение соответствующих задач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16.01.2023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2818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C5651A" w:rsidRDefault="003122E3">
            <w:pPr>
              <w:autoSpaceDE w:val="0"/>
              <w:autoSpaceDN w:val="0"/>
              <w:spacing w:before="98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70.</w:t>
            </w:r>
            <w:r w:rsidR="00C5651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+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83" w:lineRule="auto"/>
              <w:ind w:left="70" w:right="144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Текстовые задачи. Анализ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зависимостей,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характеризующих процессы: движения (скорость, время, пройденный путь) и решение соответствующих задач.</w:t>
            </w:r>
          </w:p>
          <w:p w:rsidR="00496093" w:rsidRDefault="003122E3">
            <w:pPr>
              <w:autoSpaceDE w:val="0"/>
              <w:autoSpaceDN w:val="0"/>
              <w:spacing w:before="68" w:after="0" w:line="262" w:lineRule="auto"/>
              <w:ind w:left="70" w:right="100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Задачинавстречноедвижение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17.01.2023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3148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71.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6" w:after="0" w:line="283" w:lineRule="auto"/>
              <w:ind w:left="70" w:right="144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Текстовые задачи. Анализ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зависимостей,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характеризующих процессы: движения (скорость, время, пройденный путь) и решение соответствующих задач.</w:t>
            </w:r>
          </w:p>
          <w:p w:rsidR="00496093" w:rsidRPr="003122E3" w:rsidRDefault="003122E3">
            <w:pPr>
              <w:autoSpaceDE w:val="0"/>
              <w:autoSpaceDN w:val="0"/>
              <w:spacing w:before="70" w:after="0" w:line="271" w:lineRule="auto"/>
              <w:ind w:left="70" w:right="864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Задачи на движение в противоположных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направлениях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19.01.2023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2818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72.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81" w:lineRule="auto"/>
              <w:ind w:left="70" w:right="144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Текстовые задачи. Анализ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зависимостей,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характеризующих процессы: движения (скорость, время, пройденный путь) и решение соответствующих задач.</w:t>
            </w:r>
          </w:p>
          <w:p w:rsidR="00496093" w:rsidRPr="003122E3" w:rsidRDefault="003122E3">
            <w:pPr>
              <w:autoSpaceDE w:val="0"/>
              <w:autoSpaceDN w:val="0"/>
              <w:spacing w:before="70" w:after="0" w:line="262" w:lineRule="auto"/>
              <w:ind w:left="70" w:right="144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Задачи на движение в одном направлении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20.01.2023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tabs>
                <w:tab w:val="left" w:pos="154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Письменный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496093">
        <w:trPr>
          <w:trHeight w:hRule="exact" w:val="2464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CA2327" w:rsidRDefault="003122E3">
            <w:pPr>
              <w:autoSpaceDE w:val="0"/>
              <w:autoSpaceDN w:val="0"/>
              <w:spacing w:before="9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73.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6" w:after="0" w:line="283" w:lineRule="auto"/>
              <w:ind w:left="70" w:right="144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Текстовые задачи. Анализ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зависимостей,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характеризующих процессы: движения (скорость, время, пройденный путь) и решение соответствующих задач.</w:t>
            </w:r>
          </w:p>
          <w:p w:rsidR="00496093" w:rsidRPr="003122E3" w:rsidRDefault="003122E3">
            <w:pPr>
              <w:autoSpaceDE w:val="0"/>
              <w:autoSpaceDN w:val="0"/>
              <w:spacing w:before="68" w:after="0" w:line="233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Задачи на движение по реке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23.01.2023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</w:tbl>
    <w:p w:rsidR="00496093" w:rsidRDefault="00496093">
      <w:pPr>
        <w:autoSpaceDE w:val="0"/>
        <w:autoSpaceDN w:val="0"/>
        <w:spacing w:after="0" w:line="14" w:lineRule="exact"/>
      </w:pPr>
    </w:p>
    <w:p w:rsidR="00496093" w:rsidRDefault="00496093">
      <w:pPr>
        <w:sectPr w:rsidR="00496093">
          <w:pgSz w:w="11900" w:h="16840"/>
          <w:pgMar w:top="284" w:right="556" w:bottom="1420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496093" w:rsidRDefault="00496093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/>
      </w:tblPr>
      <w:tblGrid>
        <w:gridCol w:w="572"/>
        <w:gridCol w:w="3244"/>
        <w:gridCol w:w="724"/>
        <w:gridCol w:w="1606"/>
        <w:gridCol w:w="1652"/>
        <w:gridCol w:w="1222"/>
        <w:gridCol w:w="1630"/>
      </w:tblGrid>
      <w:tr w:rsidR="00496093">
        <w:trPr>
          <w:trHeight w:hRule="exact" w:val="2484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A71D0" w:rsidRDefault="003122E3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74.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83" w:lineRule="auto"/>
              <w:ind w:left="70" w:right="144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Текстовые задачи. Анализ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зависимостей,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характеризующих процессы: работы (производительность, время, объём работы) и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решение соответствующих задач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24.01.2023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2484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75.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6" w:after="0" w:line="283" w:lineRule="auto"/>
              <w:ind w:left="70" w:right="144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Текстовые задачи. Анализ зависимостей,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характеризующих процессы: купли-продажи (цена,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количество, стоимость) и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решение соответствующих задач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26.01.2023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tabs>
                <w:tab w:val="left" w:pos="154"/>
              </w:tabs>
              <w:autoSpaceDE w:val="0"/>
              <w:autoSpaceDN w:val="0"/>
              <w:spacing w:before="96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  <w:tr w:rsidR="00496093">
        <w:trPr>
          <w:trHeight w:hRule="exact" w:val="1484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76.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6" w:after="0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Текстовые задачи. Задачи на установление времени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(начало, продолжительность и окончание события)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27.01.2023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1154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700B60" w:rsidRDefault="003122E3">
            <w:pPr>
              <w:autoSpaceDE w:val="0"/>
              <w:autoSpaceDN w:val="0"/>
              <w:spacing w:before="98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77.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71" w:lineRule="auto"/>
              <w:ind w:left="70" w:right="144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Текстовые задачи. Задачи на расчёт количества, расхода, изменения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30.01.2023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tabs>
                <w:tab w:val="left" w:pos="154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  <w:tr w:rsidR="00496093">
        <w:trPr>
          <w:trHeight w:hRule="exact" w:val="820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78.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6" w:after="0" w:line="262" w:lineRule="auto"/>
              <w:ind w:left="70" w:right="144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Текстовые задачи. Задачи на нахождение доли величины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31.01.2023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1152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79.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6" w:after="0" w:line="271" w:lineRule="auto"/>
              <w:ind w:left="70" w:right="144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Текстовые задачи. Задачи на нахождение величины по её доле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02.02.2023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tabs>
                <w:tab w:val="left" w:pos="154"/>
              </w:tabs>
              <w:autoSpaceDE w:val="0"/>
              <w:autoSpaceDN w:val="0"/>
              <w:spacing w:before="96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  <w:tr w:rsidR="00496093">
        <w:trPr>
          <w:trHeight w:hRule="exact" w:val="1154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80.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71" w:lineRule="auto"/>
              <w:ind w:left="70" w:right="144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Текстовые задачи. Разные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способы решения некоторых видов изученных задач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03.02.2023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1818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4D138D" w:rsidRDefault="003122E3">
            <w:pPr>
              <w:autoSpaceDE w:val="0"/>
              <w:autoSpaceDN w:val="0"/>
              <w:spacing w:before="9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81.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6" w:after="0" w:line="233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Текстовые задачи.</w:t>
            </w:r>
          </w:p>
          <w:p w:rsidR="00496093" w:rsidRDefault="003122E3">
            <w:pPr>
              <w:autoSpaceDE w:val="0"/>
              <w:autoSpaceDN w:val="0"/>
              <w:spacing w:before="70" w:after="0"/>
              <w:ind w:left="70" w:right="288"/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Оформление решения по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действиям с пояснением, по вопросам, с помощью </w:t>
            </w:r>
            <w:r w:rsidRPr="003122E3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числового</w:t>
            </w:r>
            <w:r w:rsidR="004D138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выражения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06.02.2023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1568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82.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/>
              <w:ind w:left="70"/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Пространственные отношения и геометрические фигуры. </w:t>
            </w:r>
            <w:r w:rsidRPr="003122E3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Наглядныепредставления о симметрии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07.02.2023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1132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83.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62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Пространственные отношения и геометрические фигуры.</w:t>
            </w:r>
          </w:p>
          <w:p w:rsidR="00496093" w:rsidRDefault="003122E3">
            <w:pPr>
              <w:autoSpaceDE w:val="0"/>
              <w:autoSpaceDN w:val="0"/>
              <w:spacing w:before="68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Осьсимметриифигуры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09.02.2023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</w:tbl>
    <w:p w:rsidR="00496093" w:rsidRDefault="00496093">
      <w:pPr>
        <w:autoSpaceDE w:val="0"/>
        <w:autoSpaceDN w:val="0"/>
        <w:spacing w:after="0" w:line="14" w:lineRule="exact"/>
      </w:pPr>
    </w:p>
    <w:p w:rsidR="00496093" w:rsidRDefault="00496093">
      <w:pPr>
        <w:sectPr w:rsidR="00496093">
          <w:pgSz w:w="11900" w:h="16840"/>
          <w:pgMar w:top="284" w:right="556" w:bottom="494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496093" w:rsidRDefault="00496093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/>
      </w:tblPr>
      <w:tblGrid>
        <w:gridCol w:w="572"/>
        <w:gridCol w:w="3244"/>
        <w:gridCol w:w="724"/>
        <w:gridCol w:w="1606"/>
        <w:gridCol w:w="1652"/>
        <w:gridCol w:w="1222"/>
        <w:gridCol w:w="1630"/>
      </w:tblGrid>
      <w:tr w:rsidR="00496093">
        <w:trPr>
          <w:trHeight w:hRule="exact" w:val="1486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84.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62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Пространственные отношения и геометрические фигуры.</w:t>
            </w:r>
          </w:p>
          <w:p w:rsidR="00496093" w:rsidRDefault="003122E3">
            <w:pPr>
              <w:autoSpaceDE w:val="0"/>
              <w:autoSpaceDN w:val="0"/>
              <w:spacing w:before="68" w:after="0" w:line="262" w:lineRule="auto"/>
              <w:ind w:left="70"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Фигуры, имеющиеосьсимметрии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10.02.2023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tabs>
                <w:tab w:val="left" w:pos="154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  <w:tr w:rsidR="00496093">
        <w:trPr>
          <w:trHeight w:hRule="exact" w:val="2150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8D0A17" w:rsidRDefault="003122E3">
            <w:pPr>
              <w:autoSpaceDE w:val="0"/>
              <w:autoSpaceDN w:val="0"/>
              <w:spacing w:before="9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6" w:after="0" w:line="262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Пространственные отношения и геометрические фигуры.</w:t>
            </w:r>
          </w:p>
          <w:p w:rsidR="00496093" w:rsidRPr="003122E3" w:rsidRDefault="003122E3">
            <w:pPr>
              <w:autoSpaceDE w:val="0"/>
              <w:autoSpaceDN w:val="0"/>
              <w:spacing w:before="70" w:after="0"/>
              <w:ind w:left="70" w:right="576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Фигуры, имеющие ось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симметрии. Построение геометрических фигур, симметричных заданным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13.02.2023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1486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86.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62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Пространственные отношения и геометрические фигуры.</w:t>
            </w:r>
          </w:p>
          <w:p w:rsidR="00496093" w:rsidRPr="003122E3" w:rsidRDefault="003122E3">
            <w:pPr>
              <w:autoSpaceDE w:val="0"/>
              <w:autoSpaceDN w:val="0"/>
              <w:spacing w:before="70" w:after="0" w:line="262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Окружность, круг: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распознавание и изображение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14.02.2023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1486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D3220" w:rsidRDefault="003122E3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87.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9D3220" w:rsidRDefault="003122E3">
            <w:pPr>
              <w:autoSpaceDE w:val="0"/>
              <w:autoSpaceDN w:val="0"/>
              <w:spacing w:before="98" w:after="0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Пространственные отношения и геометрические фигуры. </w:t>
            </w:r>
            <w:r w:rsidRPr="003122E3">
              <w:rPr>
                <w:lang w:val="ru-RU"/>
              </w:rPr>
              <w:br/>
            </w:r>
            <w:r w:rsidRPr="009D322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Построениеокружности</w:t>
            </w:r>
            <w:r w:rsidRPr="009D3220">
              <w:rPr>
                <w:lang w:val="ru-RU"/>
              </w:rPr>
              <w:br/>
            </w:r>
            <w:r w:rsidRPr="009D322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заданногорадиуса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16.02.2023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tabs>
                <w:tab w:val="left" w:pos="154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  <w:tr w:rsidR="00496093">
        <w:trPr>
          <w:trHeight w:hRule="exact" w:val="2150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88.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6" w:after="0" w:line="262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Пространственные отношения и геометрические фигуры.</w:t>
            </w:r>
          </w:p>
          <w:p w:rsidR="00496093" w:rsidRPr="003122E3" w:rsidRDefault="003122E3">
            <w:pPr>
              <w:autoSpaceDE w:val="0"/>
              <w:autoSpaceDN w:val="0"/>
              <w:spacing w:before="70" w:after="0"/>
              <w:ind w:left="70" w:right="576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Построение изученных геометрических фигур с помощью линейки,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угольника, циркуля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17.02.2023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2484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89.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62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Пространственные отношения и геометрические фигуры.</w:t>
            </w:r>
          </w:p>
          <w:p w:rsidR="00496093" w:rsidRDefault="003122E3">
            <w:pPr>
              <w:autoSpaceDE w:val="0"/>
              <w:autoSpaceDN w:val="0"/>
              <w:spacing w:before="70" w:after="0" w:line="281" w:lineRule="auto"/>
              <w:ind w:left="70" w:right="144"/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Построение изученных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геометрических фигур с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помощью линейки,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угольника, циркуля.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Решениегеометрическихзадач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20.02.2023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tabs>
                <w:tab w:val="left" w:pos="154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  <w:tr w:rsidR="00496093">
        <w:trPr>
          <w:trHeight w:hRule="exact" w:val="1818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90.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62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Пространственные отношения и геометрические фигуры.</w:t>
            </w:r>
          </w:p>
          <w:p w:rsidR="00496093" w:rsidRPr="003122E3" w:rsidRDefault="003122E3">
            <w:pPr>
              <w:autoSpaceDE w:val="0"/>
              <w:autoSpaceDN w:val="0"/>
              <w:spacing w:before="68" w:after="0" w:line="271" w:lineRule="auto"/>
              <w:ind w:left="70" w:right="72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Пространственные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геометрические фигуры (тела): шар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21.02.2023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2012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91.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62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Пространственные отношения и геометрические фигуры.</w:t>
            </w:r>
          </w:p>
          <w:p w:rsidR="00496093" w:rsidRPr="003122E3" w:rsidRDefault="003122E3">
            <w:pPr>
              <w:autoSpaceDE w:val="0"/>
              <w:autoSpaceDN w:val="0"/>
              <w:spacing w:before="70" w:after="0" w:line="271" w:lineRule="auto"/>
              <w:ind w:left="70" w:right="72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Пространственные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геометрические фигуры (тела): куб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24.02.2023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</w:tbl>
    <w:p w:rsidR="00496093" w:rsidRDefault="00496093">
      <w:pPr>
        <w:autoSpaceDE w:val="0"/>
        <w:autoSpaceDN w:val="0"/>
        <w:spacing w:after="0" w:line="14" w:lineRule="exact"/>
      </w:pPr>
    </w:p>
    <w:p w:rsidR="00496093" w:rsidRDefault="00496093">
      <w:pPr>
        <w:sectPr w:rsidR="00496093">
          <w:pgSz w:w="11900" w:h="16840"/>
          <w:pgMar w:top="284" w:right="556" w:bottom="582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496093" w:rsidRDefault="00496093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/>
      </w:tblPr>
      <w:tblGrid>
        <w:gridCol w:w="572"/>
        <w:gridCol w:w="3244"/>
        <w:gridCol w:w="724"/>
        <w:gridCol w:w="1606"/>
        <w:gridCol w:w="1652"/>
        <w:gridCol w:w="1222"/>
        <w:gridCol w:w="1630"/>
      </w:tblGrid>
      <w:tr w:rsidR="00496093">
        <w:trPr>
          <w:trHeight w:hRule="exact" w:val="1818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92.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62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Пространственные отношения и геометрические фигуры.</w:t>
            </w:r>
          </w:p>
          <w:p w:rsidR="00496093" w:rsidRPr="003122E3" w:rsidRDefault="003122E3">
            <w:pPr>
              <w:autoSpaceDE w:val="0"/>
              <w:autoSpaceDN w:val="0"/>
              <w:spacing w:before="68" w:after="0" w:line="271" w:lineRule="auto"/>
              <w:ind w:left="70" w:right="72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Пространственные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геометрические фигуры (тела): цилиндр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27.02.2023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tabs>
                <w:tab w:val="left" w:pos="154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  <w:tr w:rsidR="00496093">
        <w:trPr>
          <w:trHeight w:hRule="exact" w:val="1818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93.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62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Пространственные отношения и геометрические фигуры.</w:t>
            </w:r>
          </w:p>
          <w:p w:rsidR="00496093" w:rsidRPr="003122E3" w:rsidRDefault="003122E3">
            <w:pPr>
              <w:autoSpaceDE w:val="0"/>
              <w:autoSpaceDN w:val="0"/>
              <w:spacing w:before="68" w:after="0" w:line="271" w:lineRule="auto"/>
              <w:ind w:left="70" w:right="72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Пространственные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геометрические фигуры (тела): конус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28.02.2023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1818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94.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62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Пространственные отношения и геометрические фигуры.</w:t>
            </w:r>
          </w:p>
          <w:p w:rsidR="00496093" w:rsidRPr="003122E3" w:rsidRDefault="003122E3">
            <w:pPr>
              <w:autoSpaceDE w:val="0"/>
              <w:autoSpaceDN w:val="0"/>
              <w:spacing w:before="70" w:after="0" w:line="271" w:lineRule="auto"/>
              <w:ind w:left="70" w:right="72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Пространственные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геометрические фигуры (тела): пирамида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02.03.2023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2484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95.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62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Пространственные отношения и геометрические фигуры.</w:t>
            </w:r>
          </w:p>
          <w:p w:rsidR="00496093" w:rsidRPr="003122E3" w:rsidRDefault="003122E3">
            <w:pPr>
              <w:autoSpaceDE w:val="0"/>
              <w:autoSpaceDN w:val="0"/>
              <w:spacing w:before="70" w:after="0" w:line="281" w:lineRule="auto"/>
              <w:ind w:left="70" w:right="432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Пространственные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геометрические фигуры (тела): шар, куб, цилиндр, конус, пирамида; их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различение, называние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03.03.2023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3482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96.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62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Пространственные отношения и геометрические фигуры.</w:t>
            </w:r>
          </w:p>
          <w:p w:rsidR="00496093" w:rsidRPr="003122E3" w:rsidRDefault="003122E3">
            <w:pPr>
              <w:autoSpaceDE w:val="0"/>
              <w:autoSpaceDN w:val="0"/>
              <w:spacing w:before="70" w:after="0" w:line="281" w:lineRule="auto"/>
              <w:ind w:left="70" w:right="432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Пространственные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геометрические фигуры (тела): шар, куб, цилиндр, конус, пирамида; их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различение, называние.</w:t>
            </w:r>
          </w:p>
          <w:p w:rsidR="00496093" w:rsidRPr="003122E3" w:rsidRDefault="003122E3">
            <w:pPr>
              <w:autoSpaceDE w:val="0"/>
              <w:autoSpaceDN w:val="0"/>
              <w:spacing w:before="68" w:after="0" w:line="271" w:lineRule="auto"/>
              <w:ind w:left="70" w:right="864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Проекции предметов окружающего мира на плоскость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06.03.2023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Тестирование;</w:t>
            </w:r>
          </w:p>
        </w:tc>
      </w:tr>
      <w:tr w:rsidR="00496093">
        <w:trPr>
          <w:trHeight w:hRule="exact" w:val="1818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97.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81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Пространственные отношения и геометрические фигуры.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Конструирование: разбиение фигуры на прямоугольники (квадраты)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07.03.2023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2012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98.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62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Пространственные отношения и геометрические фигуры.</w:t>
            </w:r>
          </w:p>
          <w:p w:rsidR="00496093" w:rsidRPr="003122E3" w:rsidRDefault="003122E3">
            <w:pPr>
              <w:autoSpaceDE w:val="0"/>
              <w:autoSpaceDN w:val="0"/>
              <w:spacing w:before="70" w:after="0" w:line="271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Конструирование:составление фигур из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прямоугольников/квадратов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09.03.2023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tabs>
                <w:tab w:val="left" w:pos="154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</w:tbl>
    <w:p w:rsidR="00496093" w:rsidRDefault="00496093">
      <w:pPr>
        <w:autoSpaceDE w:val="0"/>
        <w:autoSpaceDN w:val="0"/>
        <w:spacing w:after="0" w:line="14" w:lineRule="exact"/>
      </w:pPr>
    </w:p>
    <w:p w:rsidR="00496093" w:rsidRDefault="00496093">
      <w:pPr>
        <w:sectPr w:rsidR="00496093">
          <w:pgSz w:w="11900" w:h="16840"/>
          <w:pgMar w:top="284" w:right="556" w:bottom="494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496093" w:rsidRDefault="00496093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/>
      </w:tblPr>
      <w:tblGrid>
        <w:gridCol w:w="572"/>
        <w:gridCol w:w="3244"/>
        <w:gridCol w:w="724"/>
        <w:gridCol w:w="1606"/>
        <w:gridCol w:w="1652"/>
        <w:gridCol w:w="1222"/>
        <w:gridCol w:w="1630"/>
      </w:tblGrid>
      <w:tr w:rsidR="00496093">
        <w:trPr>
          <w:trHeight w:hRule="exact" w:val="1818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99.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62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Пространственные отношения и геометрические фигуры.</w:t>
            </w:r>
          </w:p>
          <w:p w:rsidR="00496093" w:rsidRPr="003122E3" w:rsidRDefault="003122E3">
            <w:pPr>
              <w:autoSpaceDE w:val="0"/>
              <w:autoSpaceDN w:val="0"/>
              <w:spacing w:before="68" w:after="0" w:line="271" w:lineRule="auto"/>
              <w:ind w:left="70" w:right="144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Периметр фигуры,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составленной из двух-трёх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прямоугольников (квадратов)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10.03.2023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1818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100. 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62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Пространственные отношения и геометрические фигуры.</w:t>
            </w:r>
          </w:p>
          <w:p w:rsidR="00496093" w:rsidRPr="003122E3" w:rsidRDefault="003122E3">
            <w:pPr>
              <w:autoSpaceDE w:val="0"/>
              <w:autoSpaceDN w:val="0"/>
              <w:spacing w:before="68" w:after="0" w:line="271" w:lineRule="auto"/>
              <w:ind w:left="70" w:right="144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Площадь фигуры,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составленной из двух-трёх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прямоугольников (квадратов)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13.03.2023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2484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101. 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62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Пространственные отношения и геометрические фигуры.</w:t>
            </w:r>
          </w:p>
          <w:p w:rsidR="00496093" w:rsidRPr="003122E3" w:rsidRDefault="003122E3">
            <w:pPr>
              <w:autoSpaceDE w:val="0"/>
              <w:autoSpaceDN w:val="0"/>
              <w:spacing w:before="70" w:after="0" w:line="271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Периметр, площадь фигуры, составленной из двух-трёх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прямоугольников (квадратов).</w:t>
            </w:r>
          </w:p>
          <w:p w:rsidR="00496093" w:rsidRDefault="003122E3">
            <w:pPr>
              <w:autoSpaceDE w:val="0"/>
              <w:autoSpaceDN w:val="0"/>
              <w:spacing w:before="70" w:after="0" w:line="262" w:lineRule="auto"/>
              <w:ind w:left="70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Решениегеометрическихзадач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14.03.2023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tabs>
                <w:tab w:val="left" w:pos="154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  <w:tr w:rsidR="00496093">
        <w:trPr>
          <w:trHeight w:hRule="exact" w:val="1486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102. 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Математическая информация.</w:t>
            </w:r>
          </w:p>
          <w:p w:rsidR="00496093" w:rsidRPr="003122E3" w:rsidRDefault="003122E3">
            <w:pPr>
              <w:autoSpaceDE w:val="0"/>
              <w:autoSpaceDN w:val="0"/>
              <w:spacing w:before="70" w:after="0" w:line="271" w:lineRule="auto"/>
              <w:ind w:left="70" w:right="288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Работа с утверждениями: конструирование, проверка истинности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16.03.2023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1818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103. 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6" w:after="0" w:line="281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Математическая информация. Работа с утверждениями: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проверка логических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рассуждений при решении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задач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17.03.2023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820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104. 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62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Математическая информация. Примеры и контрпримеры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20.03.2023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tabs>
                <w:tab w:val="left" w:pos="154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  <w:tr w:rsidR="00496093">
        <w:trPr>
          <w:trHeight w:hRule="exact" w:val="1818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105. 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81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Математическая информация. Данные о реальных процессах и явлениях окружающего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мира, представленные на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столбчатых диаграммах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30.03.2023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1834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106. 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81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Математическая информация. Данные о реальных процессах и явлениях окружающего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мира, представленные на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схемах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31.03.2023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tabs>
                <w:tab w:val="left" w:pos="154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Письменный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</w:tbl>
    <w:p w:rsidR="00496093" w:rsidRDefault="00496093">
      <w:pPr>
        <w:autoSpaceDE w:val="0"/>
        <w:autoSpaceDN w:val="0"/>
        <w:spacing w:after="0" w:line="14" w:lineRule="exact"/>
      </w:pPr>
    </w:p>
    <w:p w:rsidR="00496093" w:rsidRDefault="00496093">
      <w:pPr>
        <w:sectPr w:rsidR="00496093">
          <w:pgSz w:w="11900" w:h="16840"/>
          <w:pgMar w:top="284" w:right="556" w:bottom="1170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496093" w:rsidRDefault="00496093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/>
      </w:tblPr>
      <w:tblGrid>
        <w:gridCol w:w="572"/>
        <w:gridCol w:w="3244"/>
        <w:gridCol w:w="724"/>
        <w:gridCol w:w="1606"/>
        <w:gridCol w:w="1652"/>
        <w:gridCol w:w="1222"/>
        <w:gridCol w:w="1630"/>
      </w:tblGrid>
      <w:tr w:rsidR="00496093">
        <w:trPr>
          <w:trHeight w:hRule="exact" w:val="1818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107. 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81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Математическая информация. Данные о реальных процессах и явлениях окружающего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мира, представленные в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таблицах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03.04.2023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1818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108. 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81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Математическая информация. Данные о реальных процессах и явлениях окружающего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мира, представленные в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текстах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04.04.2023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tabs>
                <w:tab w:val="left" w:pos="154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  <w:tr w:rsidR="00496093">
        <w:trPr>
          <w:trHeight w:hRule="exact" w:val="1818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109. 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81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Математическая информация. Сбор математических данных о заданном объекте (числе, величине, геометрической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фигуре)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06.04.2023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1486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110. 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33" w:lineRule="auto"/>
              <w:jc w:val="center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Математическая информация.</w:t>
            </w:r>
          </w:p>
          <w:p w:rsidR="00496093" w:rsidRPr="003122E3" w:rsidRDefault="003122E3">
            <w:pPr>
              <w:autoSpaceDE w:val="0"/>
              <w:autoSpaceDN w:val="0"/>
              <w:spacing w:before="68" w:after="0" w:line="271" w:lineRule="auto"/>
              <w:ind w:left="70" w:right="144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Поиск информации в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справочной литературе, сети Интернет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07.04.2023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1152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111. 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71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Математическая информация. Запись информации в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предложенной таблице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10.04.2023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1154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112. 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71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Математическая информация. Запись информации на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столбчатой диаграмме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11.04.2023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2150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113. 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C73CB9">
            <w:pPr>
              <w:autoSpaceDE w:val="0"/>
              <w:autoSpaceDN w:val="0"/>
              <w:spacing w:before="70" w:after="0" w:line="281" w:lineRule="auto"/>
              <w:ind w:left="70" w:right="144"/>
              <w:rPr>
                <w:lang w:val="ru-RU"/>
              </w:rPr>
            </w:pPr>
            <w:r>
              <w:rPr>
                <w:lang w:val="ru-RU"/>
              </w:rPr>
              <w:t>Всероссийская проверочная работа по математике.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13.04.2023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C73CB9" w:rsidRDefault="003122E3">
            <w:pPr>
              <w:autoSpaceDE w:val="0"/>
              <w:autoSpaceDN w:val="0"/>
              <w:spacing w:before="96" w:after="0" w:line="262" w:lineRule="auto"/>
              <w:ind w:right="720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 w:rsidR="00C73C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ВПР</w:t>
            </w:r>
          </w:p>
        </w:tc>
      </w:tr>
      <w:tr w:rsidR="00496093">
        <w:trPr>
          <w:trHeight w:hRule="exact" w:val="1486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114. 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73CB9" w:rsidRPr="003122E3" w:rsidRDefault="00C73CB9" w:rsidP="00C73CB9">
            <w:pPr>
              <w:autoSpaceDE w:val="0"/>
              <w:autoSpaceDN w:val="0"/>
              <w:spacing w:before="96" w:after="0" w:line="233" w:lineRule="auto"/>
              <w:jc w:val="center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Математическая информация.</w:t>
            </w:r>
          </w:p>
          <w:p w:rsidR="00496093" w:rsidRPr="003122E3" w:rsidRDefault="00C73CB9" w:rsidP="00C73CB9">
            <w:pPr>
              <w:autoSpaceDE w:val="0"/>
              <w:autoSpaceDN w:val="0"/>
              <w:spacing w:before="98" w:after="0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Доступные электронные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средства обучения, пособия, их использование под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руководством педагога и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самостоятельно </w:t>
            </w:r>
            <w:r w:rsidR="003122E3"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Математическая информация. Правила безопасной работы с электронными источниками информации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14.04.2023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1212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115. 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71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Математическая информация. Алгоритмы для решения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учебных задач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17.04.2023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Тестирование;</w:t>
            </w:r>
          </w:p>
        </w:tc>
      </w:tr>
      <w:tr w:rsidR="00496093">
        <w:trPr>
          <w:trHeight w:hRule="exact" w:val="1134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116. 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71" w:lineRule="auto"/>
              <w:ind w:left="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Математическая информация. Алгоритмы для решения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практических задач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18.04.2023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tabs>
                <w:tab w:val="left" w:pos="154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Контрольная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</w:tbl>
    <w:p w:rsidR="00496093" w:rsidRDefault="00496093">
      <w:pPr>
        <w:autoSpaceDE w:val="0"/>
        <w:autoSpaceDN w:val="0"/>
        <w:spacing w:after="0" w:line="14" w:lineRule="exact"/>
      </w:pPr>
    </w:p>
    <w:p w:rsidR="00496093" w:rsidRDefault="00496093">
      <w:pPr>
        <w:sectPr w:rsidR="00496093">
          <w:pgSz w:w="11900" w:h="16840"/>
          <w:pgMar w:top="284" w:right="556" w:bottom="504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496093" w:rsidRDefault="00496093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/>
      </w:tblPr>
      <w:tblGrid>
        <w:gridCol w:w="572"/>
        <w:gridCol w:w="3244"/>
        <w:gridCol w:w="724"/>
        <w:gridCol w:w="1606"/>
        <w:gridCol w:w="1652"/>
        <w:gridCol w:w="1222"/>
        <w:gridCol w:w="1630"/>
      </w:tblGrid>
      <w:tr w:rsidR="00496093">
        <w:trPr>
          <w:trHeight w:hRule="exact" w:val="820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117. 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left="70" w:right="144"/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Резерв. Числа. Числа от 1 до 1000000.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20.04.2023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820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118. 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tabs>
                <w:tab w:val="left" w:pos="570"/>
              </w:tabs>
              <w:autoSpaceDE w:val="0"/>
              <w:autoSpaceDN w:val="0"/>
              <w:spacing w:before="98" w:after="0" w:line="262" w:lineRule="auto"/>
              <w:ind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118. Резерв. Числа. Итоговое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21.04.2023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tabs>
                <w:tab w:val="left" w:pos="154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Письменный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496093">
        <w:trPr>
          <w:trHeight w:hRule="exact" w:val="820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119. 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tabs>
                <w:tab w:val="left" w:pos="570"/>
              </w:tabs>
              <w:autoSpaceDE w:val="0"/>
              <w:autoSpaceDN w:val="0"/>
              <w:spacing w:before="98" w:after="0" w:line="262" w:lineRule="auto"/>
              <w:ind w:right="115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119. Резерв. Величины.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24.04.2023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820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120. 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left="70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Резерв. Величины. Итоговое повторение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25.04.2023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tabs>
                <w:tab w:val="left" w:pos="154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Письменный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496093">
        <w:trPr>
          <w:trHeight w:hRule="exact" w:val="1486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121. 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71" w:lineRule="auto"/>
              <w:ind w:left="570" w:right="144" w:hanging="570"/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121. Резерв. Арифметические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действия. Числа от 1 до 1000.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Сложение. Вычитание.</w:t>
            </w:r>
          </w:p>
          <w:p w:rsidR="00496093" w:rsidRDefault="003122E3">
            <w:pPr>
              <w:autoSpaceDE w:val="0"/>
              <w:autoSpaceDN w:val="0"/>
              <w:spacing w:before="70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27.04.2023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1486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122. 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tabs>
                <w:tab w:val="left" w:pos="570"/>
              </w:tabs>
              <w:autoSpaceDE w:val="0"/>
              <w:autoSpaceDN w:val="0"/>
              <w:spacing w:before="96" w:after="0" w:line="262" w:lineRule="auto"/>
              <w:ind w:right="144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122. Резерв. Арифметические </w:t>
            </w:r>
            <w:r w:rsidRPr="003122E3">
              <w:rPr>
                <w:lang w:val="ru-RU"/>
              </w:rPr>
              <w:br/>
            </w:r>
            <w:r w:rsidRPr="003122E3">
              <w:rPr>
                <w:lang w:val="ru-RU"/>
              </w:rPr>
              <w:tab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действия. Числа от 1 до 1000.</w:t>
            </w:r>
          </w:p>
          <w:p w:rsidR="00496093" w:rsidRDefault="003122E3">
            <w:pPr>
              <w:autoSpaceDE w:val="0"/>
              <w:autoSpaceDN w:val="0"/>
              <w:spacing w:before="70" w:after="0" w:line="262" w:lineRule="auto"/>
              <w:ind w:left="70"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Умножение. Деление Повторение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28.04.2023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1484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123. 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71" w:lineRule="auto"/>
              <w:ind w:left="570" w:right="144" w:hanging="570"/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123. Резерв. Арифметические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действия. Числа от 1 до 1000.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Деление с остатком.</w:t>
            </w:r>
          </w:p>
          <w:p w:rsidR="00496093" w:rsidRDefault="003122E3">
            <w:pPr>
              <w:autoSpaceDE w:val="0"/>
              <w:autoSpaceDN w:val="0"/>
              <w:spacing w:before="70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02.05.2023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tabs>
                <w:tab w:val="left" w:pos="154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Письменный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496093">
        <w:trPr>
          <w:trHeight w:hRule="exact" w:val="1154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124. 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71" w:lineRule="auto"/>
              <w:ind w:left="570" w:right="576" w:hanging="5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124. Резерв. Арифметические действия. Числовые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выражения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04.05.2023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1152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125. 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6" w:after="0" w:line="271" w:lineRule="auto"/>
              <w:ind w:left="570" w:right="432" w:hanging="5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125. Резерв. Арифметические действия. Свойства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арифметических действий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05.05.2023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1152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126. 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71" w:lineRule="auto"/>
              <w:ind w:left="570" w:right="576" w:hanging="5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126. Резерв. Арифметические действия. Итоговое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повторение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08.05.2023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Тестирование;</w:t>
            </w:r>
          </w:p>
        </w:tc>
      </w:tr>
      <w:tr w:rsidR="00496093">
        <w:trPr>
          <w:trHeight w:hRule="exact" w:val="1154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127. 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tabs>
                <w:tab w:val="left" w:pos="570"/>
              </w:tabs>
              <w:autoSpaceDE w:val="0"/>
              <w:autoSpaceDN w:val="0"/>
              <w:spacing w:before="98" w:after="0" w:line="262" w:lineRule="auto"/>
              <w:ind w:right="432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127. Резерв. Текстовые задачи. </w:t>
            </w:r>
            <w:r w:rsidRPr="003122E3">
              <w:rPr>
                <w:lang w:val="ru-RU"/>
              </w:rPr>
              <w:tab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Задачи в 2-3 действия.</w:t>
            </w:r>
          </w:p>
          <w:p w:rsidR="00496093" w:rsidRDefault="003122E3">
            <w:pPr>
              <w:autoSpaceDE w:val="0"/>
              <w:autoSpaceDN w:val="0"/>
              <w:spacing w:before="70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11.05.2023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tabs>
                <w:tab w:val="left" w:pos="154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Письменный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496093">
        <w:trPr>
          <w:trHeight w:hRule="exact" w:val="1390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128. 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tabs>
                <w:tab w:val="left" w:pos="570"/>
              </w:tabs>
              <w:autoSpaceDE w:val="0"/>
              <w:autoSpaceDN w:val="0"/>
              <w:spacing w:before="96" w:after="0" w:line="262" w:lineRule="auto"/>
              <w:ind w:right="432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128. Резерв. Текстовые задачи. </w:t>
            </w:r>
            <w:r w:rsidRPr="003122E3">
              <w:rPr>
                <w:lang w:val="ru-RU"/>
              </w:rPr>
              <w:tab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Задачи на зависимости.</w:t>
            </w:r>
          </w:p>
          <w:p w:rsidR="00496093" w:rsidRDefault="003122E3">
            <w:pPr>
              <w:autoSpaceDE w:val="0"/>
              <w:autoSpaceDN w:val="0"/>
              <w:spacing w:before="70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12.05.2023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1132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129. 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6" w:after="0" w:line="262" w:lineRule="auto"/>
              <w:ind w:right="432"/>
              <w:jc w:val="center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129. Резерв. Текстовые задачи. Задачи на движение.</w:t>
            </w:r>
          </w:p>
          <w:p w:rsidR="00496093" w:rsidRDefault="003122E3">
            <w:pPr>
              <w:autoSpaceDE w:val="0"/>
              <w:autoSpaceDN w:val="0"/>
              <w:spacing w:before="70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15.05.2023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</w:tbl>
    <w:p w:rsidR="00496093" w:rsidRDefault="00496093">
      <w:pPr>
        <w:autoSpaceDE w:val="0"/>
        <w:autoSpaceDN w:val="0"/>
        <w:spacing w:after="0" w:line="14" w:lineRule="exact"/>
      </w:pPr>
    </w:p>
    <w:p w:rsidR="00496093" w:rsidRDefault="00496093">
      <w:pPr>
        <w:sectPr w:rsidR="00496093">
          <w:pgSz w:w="11900" w:h="16840"/>
          <w:pgMar w:top="284" w:right="556" w:bottom="684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496093" w:rsidRDefault="00496093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/>
      </w:tblPr>
      <w:tblGrid>
        <w:gridCol w:w="572"/>
        <w:gridCol w:w="3244"/>
        <w:gridCol w:w="724"/>
        <w:gridCol w:w="1606"/>
        <w:gridCol w:w="1652"/>
        <w:gridCol w:w="1222"/>
        <w:gridCol w:w="1630"/>
      </w:tblGrid>
      <w:tr w:rsidR="00496093">
        <w:trPr>
          <w:trHeight w:hRule="exact" w:val="820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130. 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tabs>
                <w:tab w:val="left" w:pos="570"/>
              </w:tabs>
              <w:autoSpaceDE w:val="0"/>
              <w:autoSpaceDN w:val="0"/>
              <w:spacing w:before="98" w:after="0" w:line="262" w:lineRule="auto"/>
              <w:ind w:right="432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130. Резерв. Текстовые задачи. </w:t>
            </w:r>
            <w:r w:rsidRPr="003122E3">
              <w:rPr>
                <w:lang w:val="ru-RU"/>
              </w:rPr>
              <w:tab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Итоговое повторение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16.05.2023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1486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131. 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/>
              <w:ind w:left="70" w:right="144"/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Резерв. Пространственные отношения и геометрические фигуры.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Геометрические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фигуры. Повторение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18.05.2023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tabs>
                <w:tab w:val="left" w:pos="154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Письменный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496093">
        <w:trPr>
          <w:trHeight w:hRule="exact" w:val="1484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132. 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71" w:lineRule="auto"/>
              <w:ind w:left="70" w:right="144"/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Резерв. Пространственные отношения и геометрические фигуры.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Периметр. Площадь.</w:t>
            </w:r>
          </w:p>
          <w:p w:rsidR="00496093" w:rsidRDefault="003122E3">
            <w:pPr>
              <w:autoSpaceDE w:val="0"/>
              <w:autoSpaceDN w:val="0"/>
              <w:spacing w:before="68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19.05.2023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1154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133. 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71" w:lineRule="auto"/>
              <w:ind w:left="70"/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Резерв. Пространственные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отношения и геометрические фигуры.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Итоговоеповторение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22.05.2023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1818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134. 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6" w:after="0"/>
              <w:ind w:left="570" w:hanging="5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134. Резерв. Математическая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информация. Работа с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утверждениями, логическими рассуждениями, алгоритмами.</w:t>
            </w:r>
          </w:p>
          <w:p w:rsidR="00496093" w:rsidRDefault="003122E3">
            <w:pPr>
              <w:autoSpaceDE w:val="0"/>
              <w:autoSpaceDN w:val="0"/>
              <w:spacing w:before="70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23.05.2023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Тестирование;</w:t>
            </w:r>
          </w:p>
        </w:tc>
      </w:tr>
      <w:tr w:rsidR="00496093">
        <w:trPr>
          <w:trHeight w:hRule="exact" w:val="1486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135. 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71" w:lineRule="auto"/>
              <w:ind w:left="570" w:right="432" w:hanging="5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135. Резерв. Математическая информация. Работа с </w:t>
            </w:r>
            <w:r w:rsidRPr="003122E3">
              <w:rPr>
                <w:lang w:val="ru-RU"/>
              </w:rPr>
              <w:br/>
            </w: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таблицами, диаграммами.</w:t>
            </w:r>
          </w:p>
          <w:p w:rsidR="00496093" w:rsidRDefault="003122E3">
            <w:pPr>
              <w:autoSpaceDE w:val="0"/>
              <w:autoSpaceDN w:val="0"/>
              <w:spacing w:before="70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25.05.2023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496093">
        <w:trPr>
          <w:trHeight w:hRule="exact" w:val="1152"/>
        </w:trPr>
        <w:tc>
          <w:tcPr>
            <w:tcW w:w="5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136. 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6" w:after="0" w:line="271" w:lineRule="auto"/>
              <w:ind w:left="570" w:right="576" w:hanging="570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136. Резерв. Математическая информация. Итоговое повторение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26.05.2023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tabs>
                <w:tab w:val="left" w:pos="154"/>
              </w:tabs>
              <w:autoSpaceDE w:val="0"/>
              <w:autoSpaceDN w:val="0"/>
              <w:spacing w:before="96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Письменный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496093">
        <w:trPr>
          <w:trHeight w:hRule="exact" w:val="800"/>
        </w:trPr>
        <w:tc>
          <w:tcPr>
            <w:tcW w:w="3816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Pr="003122E3" w:rsidRDefault="003122E3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3122E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04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96093" w:rsidRDefault="003122E3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9.5</w:t>
            </w:r>
          </w:p>
        </w:tc>
      </w:tr>
    </w:tbl>
    <w:p w:rsidR="00496093" w:rsidRDefault="00496093">
      <w:pPr>
        <w:autoSpaceDE w:val="0"/>
        <w:autoSpaceDN w:val="0"/>
        <w:spacing w:after="0" w:line="14" w:lineRule="exact"/>
      </w:pPr>
    </w:p>
    <w:p w:rsidR="00496093" w:rsidRDefault="00496093">
      <w:pPr>
        <w:sectPr w:rsidR="00496093">
          <w:pgSz w:w="11900" w:h="16840"/>
          <w:pgMar w:top="284" w:right="556" w:bottom="1440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496093" w:rsidRDefault="00496093">
      <w:pPr>
        <w:autoSpaceDE w:val="0"/>
        <w:autoSpaceDN w:val="0"/>
        <w:spacing w:after="78" w:line="220" w:lineRule="exact"/>
      </w:pPr>
    </w:p>
    <w:p w:rsidR="00496093" w:rsidRDefault="003122E3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496093" w:rsidRDefault="003122E3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496093" w:rsidRPr="003122E3" w:rsidRDefault="003122E3">
      <w:pPr>
        <w:autoSpaceDE w:val="0"/>
        <w:autoSpaceDN w:val="0"/>
        <w:spacing w:before="166" w:after="0" w:line="271" w:lineRule="auto"/>
        <w:ind w:right="144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Математика (в 2 частях), 4 класс /Моро М.И., Бантова М.А., Бельтюкова Г.В. и другие, Акционерное общество «Издательство «Просвещение»; </w:t>
      </w:r>
      <w:r w:rsidRPr="003122E3">
        <w:rPr>
          <w:lang w:val="ru-RU"/>
        </w:rPr>
        <w:br/>
      </w: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496093" w:rsidRPr="003122E3" w:rsidRDefault="003122E3">
      <w:pPr>
        <w:autoSpaceDE w:val="0"/>
        <w:autoSpaceDN w:val="0"/>
        <w:spacing w:before="262" w:after="0" w:line="230" w:lineRule="auto"/>
        <w:rPr>
          <w:lang w:val="ru-RU"/>
        </w:rPr>
      </w:pPr>
      <w:r w:rsidRPr="003122E3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496093" w:rsidRPr="003122E3" w:rsidRDefault="003122E3">
      <w:pPr>
        <w:autoSpaceDE w:val="0"/>
        <w:autoSpaceDN w:val="0"/>
        <w:spacing w:before="166" w:after="0" w:line="230" w:lineRule="auto"/>
        <w:rPr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Поурочное планирование по математике 4 класс</w:t>
      </w:r>
    </w:p>
    <w:p w:rsidR="00496093" w:rsidRPr="003122E3" w:rsidRDefault="003122E3">
      <w:pPr>
        <w:autoSpaceDE w:val="0"/>
        <w:autoSpaceDN w:val="0"/>
        <w:spacing w:before="264" w:after="0" w:line="230" w:lineRule="auto"/>
        <w:rPr>
          <w:lang w:val="ru-RU"/>
        </w:rPr>
      </w:pPr>
      <w:r w:rsidRPr="003122E3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496093" w:rsidRDefault="003122E3">
      <w:pPr>
        <w:autoSpaceDE w:val="0"/>
        <w:autoSpaceDN w:val="0"/>
        <w:spacing w:before="168" w:after="0"/>
        <w:ind w:right="5760"/>
        <w:rPr>
          <w:rFonts w:ascii="Times New Roman" w:eastAsia="Times New Roman" w:hAnsi="Times New Roman"/>
          <w:color w:val="000000"/>
          <w:sz w:val="24"/>
          <w:lang w:val="ru-RU"/>
        </w:rPr>
      </w:pP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Портал "Начальная школа" </w:t>
      </w:r>
      <w:r w:rsidRPr="003122E3">
        <w:rPr>
          <w:lang w:val="ru-RU"/>
        </w:rPr>
        <w:br/>
      </w:r>
      <w:hyperlink r:id="rId46" w:history="1">
        <w:r w:rsidR="0018591B" w:rsidRPr="001D0330">
          <w:rPr>
            <w:rStyle w:val="aff9"/>
            <w:rFonts w:ascii="Times New Roman" w:eastAsia="Times New Roman" w:hAnsi="Times New Roman"/>
            <w:sz w:val="24"/>
          </w:rPr>
          <w:t>http</w:t>
        </w:r>
        <w:r w:rsidR="0018591B" w:rsidRPr="001D0330">
          <w:rPr>
            <w:rStyle w:val="aff9"/>
            <w:rFonts w:ascii="Times New Roman" w:eastAsia="Times New Roman" w:hAnsi="Times New Roman"/>
            <w:sz w:val="24"/>
            <w:lang w:val="ru-RU"/>
          </w:rPr>
          <w:t>://</w:t>
        </w:r>
        <w:r w:rsidR="0018591B" w:rsidRPr="001D0330">
          <w:rPr>
            <w:rStyle w:val="aff9"/>
            <w:rFonts w:ascii="Times New Roman" w:eastAsia="Times New Roman" w:hAnsi="Times New Roman"/>
            <w:sz w:val="24"/>
          </w:rPr>
          <w:t>nachalka</w:t>
        </w:r>
        <w:r w:rsidR="0018591B" w:rsidRPr="001D0330">
          <w:rPr>
            <w:rStyle w:val="aff9"/>
            <w:rFonts w:ascii="Times New Roman" w:eastAsia="Times New Roman" w:hAnsi="Times New Roman"/>
            <w:sz w:val="24"/>
            <w:lang w:val="ru-RU"/>
          </w:rPr>
          <w:t>.</w:t>
        </w:r>
        <w:r w:rsidR="0018591B" w:rsidRPr="001D0330">
          <w:rPr>
            <w:rStyle w:val="aff9"/>
            <w:rFonts w:ascii="Times New Roman" w:eastAsia="Times New Roman" w:hAnsi="Times New Roman"/>
            <w:sz w:val="24"/>
          </w:rPr>
          <w:t>edu</w:t>
        </w:r>
        <w:r w:rsidR="0018591B" w:rsidRPr="001D0330">
          <w:rPr>
            <w:rStyle w:val="aff9"/>
            <w:rFonts w:ascii="Times New Roman" w:eastAsia="Times New Roman" w:hAnsi="Times New Roman"/>
            <w:sz w:val="24"/>
            <w:lang w:val="ru-RU"/>
          </w:rPr>
          <w:t>.</w:t>
        </w:r>
        <w:r w:rsidR="0018591B" w:rsidRPr="001D0330">
          <w:rPr>
            <w:rStyle w:val="aff9"/>
            <w:rFonts w:ascii="Times New Roman" w:eastAsia="Times New Roman" w:hAnsi="Times New Roman"/>
            <w:sz w:val="24"/>
          </w:rPr>
          <w:t>ru</w:t>
        </w:r>
        <w:r w:rsidR="0018591B" w:rsidRPr="001D0330">
          <w:rPr>
            <w:rStyle w:val="aff9"/>
            <w:rFonts w:ascii="Times New Roman" w:eastAsia="Times New Roman" w:hAnsi="Times New Roman"/>
            <w:sz w:val="24"/>
            <w:lang w:val="ru-RU"/>
          </w:rPr>
          <w:t>/</w:t>
        </w:r>
      </w:hyperlink>
      <w:r w:rsidRPr="003122E3">
        <w:rPr>
          <w:lang w:val="ru-RU"/>
        </w:rPr>
        <w:br/>
      </w: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 xml:space="preserve">Библиотека материалов для начальной школы </w:t>
      </w:r>
      <w:r w:rsidRPr="003122E3">
        <w:rPr>
          <w:lang w:val="ru-RU"/>
        </w:rPr>
        <w:br/>
      </w:r>
      <w:hyperlink r:id="rId47" w:history="1">
        <w:r w:rsidR="0018591B" w:rsidRPr="001D0330">
          <w:rPr>
            <w:rStyle w:val="aff9"/>
            <w:rFonts w:ascii="Times New Roman" w:eastAsia="Times New Roman" w:hAnsi="Times New Roman"/>
            <w:sz w:val="24"/>
          </w:rPr>
          <w:t>http</w:t>
        </w:r>
        <w:r w:rsidR="0018591B" w:rsidRPr="001D0330">
          <w:rPr>
            <w:rStyle w:val="aff9"/>
            <w:rFonts w:ascii="Times New Roman" w:eastAsia="Times New Roman" w:hAnsi="Times New Roman"/>
            <w:sz w:val="24"/>
            <w:lang w:val="ru-RU"/>
          </w:rPr>
          <w:t>://</w:t>
        </w:r>
        <w:r w:rsidR="0018591B" w:rsidRPr="001D0330">
          <w:rPr>
            <w:rStyle w:val="aff9"/>
            <w:rFonts w:ascii="Times New Roman" w:eastAsia="Times New Roman" w:hAnsi="Times New Roman"/>
            <w:sz w:val="24"/>
          </w:rPr>
          <w:t>www</w:t>
        </w:r>
        <w:r w:rsidR="0018591B" w:rsidRPr="001D0330">
          <w:rPr>
            <w:rStyle w:val="aff9"/>
            <w:rFonts w:ascii="Times New Roman" w:eastAsia="Times New Roman" w:hAnsi="Times New Roman"/>
            <w:sz w:val="24"/>
            <w:lang w:val="ru-RU"/>
          </w:rPr>
          <w:t>.</w:t>
        </w:r>
        <w:r w:rsidR="0018591B" w:rsidRPr="001D0330">
          <w:rPr>
            <w:rStyle w:val="aff9"/>
            <w:rFonts w:ascii="Times New Roman" w:eastAsia="Times New Roman" w:hAnsi="Times New Roman"/>
            <w:sz w:val="24"/>
          </w:rPr>
          <w:t>nachalka</w:t>
        </w:r>
        <w:r w:rsidR="0018591B" w:rsidRPr="001D0330">
          <w:rPr>
            <w:rStyle w:val="aff9"/>
            <w:rFonts w:ascii="Times New Roman" w:eastAsia="Times New Roman" w:hAnsi="Times New Roman"/>
            <w:sz w:val="24"/>
            <w:lang w:val="ru-RU"/>
          </w:rPr>
          <w:t>.</w:t>
        </w:r>
        <w:r w:rsidR="0018591B" w:rsidRPr="001D0330">
          <w:rPr>
            <w:rStyle w:val="aff9"/>
            <w:rFonts w:ascii="Times New Roman" w:eastAsia="Times New Roman" w:hAnsi="Times New Roman"/>
            <w:sz w:val="24"/>
          </w:rPr>
          <w:t>com</w:t>
        </w:r>
        <w:r w:rsidR="0018591B" w:rsidRPr="001D0330">
          <w:rPr>
            <w:rStyle w:val="aff9"/>
            <w:rFonts w:ascii="Times New Roman" w:eastAsia="Times New Roman" w:hAnsi="Times New Roman"/>
            <w:sz w:val="24"/>
            <w:lang w:val="ru-RU"/>
          </w:rPr>
          <w:t>/</w:t>
        </w:r>
        <w:r w:rsidR="0018591B" w:rsidRPr="001D0330">
          <w:rPr>
            <w:rStyle w:val="aff9"/>
            <w:rFonts w:ascii="Times New Roman" w:eastAsia="Times New Roman" w:hAnsi="Times New Roman"/>
            <w:sz w:val="24"/>
          </w:rPr>
          <w:t>biblioteka</w:t>
        </w:r>
      </w:hyperlink>
    </w:p>
    <w:p w:rsidR="0018591B" w:rsidRDefault="0018591B">
      <w:pPr>
        <w:autoSpaceDE w:val="0"/>
        <w:autoSpaceDN w:val="0"/>
        <w:spacing w:before="168" w:after="0"/>
        <w:ind w:right="5760"/>
        <w:rPr>
          <w:lang w:val="ru-RU"/>
        </w:rPr>
      </w:pPr>
      <w:r>
        <w:rPr>
          <w:lang w:val="ru-RU"/>
        </w:rPr>
        <w:t xml:space="preserve">РЭШ </w:t>
      </w:r>
      <w:hyperlink r:id="rId48" w:history="1">
        <w:r w:rsidRPr="001D0330">
          <w:rPr>
            <w:rStyle w:val="aff9"/>
            <w:lang w:val="ru-RU"/>
          </w:rPr>
          <w:t>https://resh.edu.ru/</w:t>
        </w:r>
      </w:hyperlink>
    </w:p>
    <w:p w:rsidR="0018591B" w:rsidRPr="0018591B" w:rsidRDefault="0018591B">
      <w:pPr>
        <w:autoSpaceDE w:val="0"/>
        <w:autoSpaceDN w:val="0"/>
        <w:spacing w:before="168" w:after="0"/>
        <w:ind w:right="5760"/>
        <w:rPr>
          <w:lang w:val="ru-RU"/>
        </w:rPr>
      </w:pPr>
      <w:r>
        <w:rPr>
          <w:lang w:val="ru-RU"/>
        </w:rPr>
        <w:t>Инфоурок</w:t>
      </w:r>
      <w:hyperlink r:id="rId49" w:history="1">
        <w:r w:rsidRPr="001D0330">
          <w:rPr>
            <w:rStyle w:val="aff9"/>
            <w:lang w:val="ru-RU"/>
          </w:rPr>
          <w:t>https://infourok.ru/</w:t>
        </w:r>
      </w:hyperlink>
    </w:p>
    <w:p w:rsidR="0018591B" w:rsidRPr="003122E3" w:rsidRDefault="0018591B">
      <w:pPr>
        <w:rPr>
          <w:lang w:val="ru-RU"/>
        </w:rPr>
        <w:sectPr w:rsidR="0018591B" w:rsidRPr="003122E3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  <w:bookmarkStart w:id="0" w:name="_GoBack"/>
      <w:bookmarkEnd w:id="0"/>
    </w:p>
    <w:p w:rsidR="00496093" w:rsidRPr="003122E3" w:rsidRDefault="00496093">
      <w:pPr>
        <w:autoSpaceDE w:val="0"/>
        <w:autoSpaceDN w:val="0"/>
        <w:spacing w:after="78" w:line="220" w:lineRule="exact"/>
        <w:rPr>
          <w:lang w:val="ru-RU"/>
        </w:rPr>
      </w:pPr>
    </w:p>
    <w:p w:rsidR="00496093" w:rsidRPr="003122E3" w:rsidRDefault="003122E3">
      <w:pPr>
        <w:autoSpaceDE w:val="0"/>
        <w:autoSpaceDN w:val="0"/>
        <w:spacing w:after="0" w:line="230" w:lineRule="auto"/>
        <w:rPr>
          <w:lang w:val="ru-RU"/>
        </w:rPr>
      </w:pPr>
      <w:r w:rsidRPr="003122E3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496093" w:rsidRPr="003122E3" w:rsidRDefault="003122E3">
      <w:pPr>
        <w:autoSpaceDE w:val="0"/>
        <w:autoSpaceDN w:val="0"/>
        <w:spacing w:before="346" w:after="0" w:line="300" w:lineRule="auto"/>
        <w:ind w:right="288"/>
        <w:rPr>
          <w:lang w:val="ru-RU"/>
        </w:rPr>
      </w:pPr>
      <w:r w:rsidRPr="003122E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УЧЕБНОЕ ОБОРУДОВАНИЕ </w:t>
      </w:r>
      <w:r w:rsidRPr="003122E3">
        <w:rPr>
          <w:lang w:val="ru-RU"/>
        </w:rPr>
        <w:br/>
      </w: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Демонстрационно-наглядные пособия Комплект демонстрационных таблиц по основным разделам предмета. Мультимедийный компьютер</w:t>
      </w:r>
    </w:p>
    <w:p w:rsidR="00496093" w:rsidRPr="003122E3" w:rsidRDefault="003122E3">
      <w:pPr>
        <w:autoSpaceDE w:val="0"/>
        <w:autoSpaceDN w:val="0"/>
        <w:spacing w:before="262" w:after="0" w:line="302" w:lineRule="auto"/>
        <w:ind w:right="720"/>
        <w:rPr>
          <w:lang w:val="ru-RU"/>
        </w:rPr>
      </w:pPr>
      <w:r w:rsidRPr="003122E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ОБОРУДОВАНИЕ ДЛЯ ПРОВЕДЕНИЯ ЛАБОРАТОРНЫХ И ПРАКТИЧЕСКИХ РАБОТ </w:t>
      </w:r>
      <w:r w:rsidRPr="003122E3">
        <w:rPr>
          <w:rFonts w:ascii="Times New Roman" w:eastAsia="Times New Roman" w:hAnsi="Times New Roman"/>
          <w:color w:val="000000"/>
          <w:sz w:val="24"/>
          <w:lang w:val="ru-RU"/>
        </w:rPr>
        <w:t>циркуль, линейка, транспортир, угольник</w:t>
      </w:r>
    </w:p>
    <w:p w:rsidR="00496093" w:rsidRPr="003122E3" w:rsidRDefault="00496093">
      <w:pPr>
        <w:rPr>
          <w:lang w:val="ru-RU"/>
        </w:rPr>
        <w:sectPr w:rsidR="00496093" w:rsidRPr="003122E3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3122E3" w:rsidRPr="003122E3" w:rsidRDefault="003122E3">
      <w:pPr>
        <w:rPr>
          <w:lang w:val="ru-RU"/>
        </w:rPr>
      </w:pPr>
    </w:p>
    <w:sectPr w:rsidR="003122E3" w:rsidRPr="003122E3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seFELayout/>
  </w:compat>
  <w:rsids>
    <w:rsidRoot w:val="00B47730"/>
    <w:rsid w:val="00004873"/>
    <w:rsid w:val="00015A74"/>
    <w:rsid w:val="00032A7E"/>
    <w:rsid w:val="00034616"/>
    <w:rsid w:val="00050623"/>
    <w:rsid w:val="0005243F"/>
    <w:rsid w:val="0006063C"/>
    <w:rsid w:val="00066EE6"/>
    <w:rsid w:val="00070C3A"/>
    <w:rsid w:val="000738CC"/>
    <w:rsid w:val="00075B10"/>
    <w:rsid w:val="000A6532"/>
    <w:rsid w:val="000D0A79"/>
    <w:rsid w:val="000F1E54"/>
    <w:rsid w:val="001014F7"/>
    <w:rsid w:val="00103616"/>
    <w:rsid w:val="00106DF5"/>
    <w:rsid w:val="00147554"/>
    <w:rsid w:val="0015074B"/>
    <w:rsid w:val="00164C4D"/>
    <w:rsid w:val="0017354A"/>
    <w:rsid w:val="00174667"/>
    <w:rsid w:val="0018591B"/>
    <w:rsid w:val="00185AEC"/>
    <w:rsid w:val="001914AA"/>
    <w:rsid w:val="00196A43"/>
    <w:rsid w:val="001B1C9C"/>
    <w:rsid w:val="001B2C1F"/>
    <w:rsid w:val="001E7620"/>
    <w:rsid w:val="002231DA"/>
    <w:rsid w:val="0022408F"/>
    <w:rsid w:val="00234229"/>
    <w:rsid w:val="00237A7E"/>
    <w:rsid w:val="002570D0"/>
    <w:rsid w:val="00291527"/>
    <w:rsid w:val="0029639D"/>
    <w:rsid w:val="00297DE4"/>
    <w:rsid w:val="002D7569"/>
    <w:rsid w:val="003122E3"/>
    <w:rsid w:val="00326F90"/>
    <w:rsid w:val="00327B01"/>
    <w:rsid w:val="00340D0B"/>
    <w:rsid w:val="00346C2E"/>
    <w:rsid w:val="00351BAC"/>
    <w:rsid w:val="003838FF"/>
    <w:rsid w:val="003A71D0"/>
    <w:rsid w:val="003B3929"/>
    <w:rsid w:val="003C7C98"/>
    <w:rsid w:val="003D1360"/>
    <w:rsid w:val="003F4186"/>
    <w:rsid w:val="00400EBE"/>
    <w:rsid w:val="00413F2A"/>
    <w:rsid w:val="004329F0"/>
    <w:rsid w:val="00460A44"/>
    <w:rsid w:val="00465867"/>
    <w:rsid w:val="0046716D"/>
    <w:rsid w:val="0048279E"/>
    <w:rsid w:val="00496093"/>
    <w:rsid w:val="004C1013"/>
    <w:rsid w:val="004C5C64"/>
    <w:rsid w:val="004D138D"/>
    <w:rsid w:val="004D3C7E"/>
    <w:rsid w:val="004D45EE"/>
    <w:rsid w:val="004D6F38"/>
    <w:rsid w:val="004E1A04"/>
    <w:rsid w:val="004E1EF3"/>
    <w:rsid w:val="004E5080"/>
    <w:rsid w:val="00503E98"/>
    <w:rsid w:val="00525841"/>
    <w:rsid w:val="005368DC"/>
    <w:rsid w:val="005504A1"/>
    <w:rsid w:val="00553110"/>
    <w:rsid w:val="005544E5"/>
    <w:rsid w:val="0056006C"/>
    <w:rsid w:val="005D6CFD"/>
    <w:rsid w:val="00606509"/>
    <w:rsid w:val="00611096"/>
    <w:rsid w:val="006363C5"/>
    <w:rsid w:val="006377C8"/>
    <w:rsid w:val="00647695"/>
    <w:rsid w:val="00650A79"/>
    <w:rsid w:val="00666FDC"/>
    <w:rsid w:val="006F1C81"/>
    <w:rsid w:val="00700B60"/>
    <w:rsid w:val="0070138B"/>
    <w:rsid w:val="00704CB1"/>
    <w:rsid w:val="00743ECB"/>
    <w:rsid w:val="00764E1C"/>
    <w:rsid w:val="00772366"/>
    <w:rsid w:val="007830D0"/>
    <w:rsid w:val="007A7F36"/>
    <w:rsid w:val="007C5101"/>
    <w:rsid w:val="007D7CB9"/>
    <w:rsid w:val="007E6A66"/>
    <w:rsid w:val="00805FA4"/>
    <w:rsid w:val="008321FB"/>
    <w:rsid w:val="00841967"/>
    <w:rsid w:val="008469AF"/>
    <w:rsid w:val="00861521"/>
    <w:rsid w:val="008845BE"/>
    <w:rsid w:val="008D0A17"/>
    <w:rsid w:val="008D2FF3"/>
    <w:rsid w:val="008E3080"/>
    <w:rsid w:val="008F4BBF"/>
    <w:rsid w:val="00920395"/>
    <w:rsid w:val="00940E39"/>
    <w:rsid w:val="009410C9"/>
    <w:rsid w:val="00961684"/>
    <w:rsid w:val="009639A4"/>
    <w:rsid w:val="009804A0"/>
    <w:rsid w:val="00981D9F"/>
    <w:rsid w:val="0098613E"/>
    <w:rsid w:val="00986968"/>
    <w:rsid w:val="00995C7E"/>
    <w:rsid w:val="009A3841"/>
    <w:rsid w:val="009A4256"/>
    <w:rsid w:val="009B5B00"/>
    <w:rsid w:val="009B639B"/>
    <w:rsid w:val="009D2073"/>
    <w:rsid w:val="009D3220"/>
    <w:rsid w:val="00A158A7"/>
    <w:rsid w:val="00A20796"/>
    <w:rsid w:val="00A25972"/>
    <w:rsid w:val="00A3013B"/>
    <w:rsid w:val="00A52644"/>
    <w:rsid w:val="00A546B5"/>
    <w:rsid w:val="00A56B58"/>
    <w:rsid w:val="00A64C51"/>
    <w:rsid w:val="00A65289"/>
    <w:rsid w:val="00A76937"/>
    <w:rsid w:val="00A8253A"/>
    <w:rsid w:val="00AA1D8D"/>
    <w:rsid w:val="00AB2592"/>
    <w:rsid w:val="00AB331C"/>
    <w:rsid w:val="00AB3965"/>
    <w:rsid w:val="00AC55F1"/>
    <w:rsid w:val="00AC603A"/>
    <w:rsid w:val="00AD085B"/>
    <w:rsid w:val="00AE0E39"/>
    <w:rsid w:val="00AF27BB"/>
    <w:rsid w:val="00B15956"/>
    <w:rsid w:val="00B47730"/>
    <w:rsid w:val="00B57A3C"/>
    <w:rsid w:val="00B83F4E"/>
    <w:rsid w:val="00B9120F"/>
    <w:rsid w:val="00BC6EF4"/>
    <w:rsid w:val="00BD1041"/>
    <w:rsid w:val="00BD5B99"/>
    <w:rsid w:val="00BF0DE4"/>
    <w:rsid w:val="00BF6F98"/>
    <w:rsid w:val="00C008BC"/>
    <w:rsid w:val="00C07A0E"/>
    <w:rsid w:val="00C34DF3"/>
    <w:rsid w:val="00C5651A"/>
    <w:rsid w:val="00C73CB9"/>
    <w:rsid w:val="00CA2327"/>
    <w:rsid w:val="00CA63FB"/>
    <w:rsid w:val="00CB0664"/>
    <w:rsid w:val="00CB1F03"/>
    <w:rsid w:val="00CB2A81"/>
    <w:rsid w:val="00CC1225"/>
    <w:rsid w:val="00CC27EE"/>
    <w:rsid w:val="00CE1E1E"/>
    <w:rsid w:val="00CF1E99"/>
    <w:rsid w:val="00D001E9"/>
    <w:rsid w:val="00D36E6D"/>
    <w:rsid w:val="00D5462F"/>
    <w:rsid w:val="00D6485F"/>
    <w:rsid w:val="00D6622C"/>
    <w:rsid w:val="00D816EB"/>
    <w:rsid w:val="00D834AE"/>
    <w:rsid w:val="00DC0B4C"/>
    <w:rsid w:val="00E00DF8"/>
    <w:rsid w:val="00E13589"/>
    <w:rsid w:val="00E4044D"/>
    <w:rsid w:val="00E4544E"/>
    <w:rsid w:val="00E64556"/>
    <w:rsid w:val="00EB4364"/>
    <w:rsid w:val="00F04F53"/>
    <w:rsid w:val="00F20DA2"/>
    <w:rsid w:val="00F725B5"/>
    <w:rsid w:val="00F90F33"/>
    <w:rsid w:val="00FA281F"/>
    <w:rsid w:val="00FA2EA9"/>
    <w:rsid w:val="00FC347C"/>
    <w:rsid w:val="00FC693F"/>
    <w:rsid w:val="00FC6A95"/>
    <w:rsid w:val="00FD7A6A"/>
    <w:rsid w:val="00FE76DE"/>
    <w:rsid w:val="00FF6B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link w:val="aa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Title"/>
    <w:basedOn w:val="a1"/>
    <w:next w:val="a1"/>
    <w:link w:val="ac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2"/>
    <w:link w:val="ab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Subtitle"/>
    <w:basedOn w:val="a1"/>
    <w:next w:val="a1"/>
    <w:link w:val="ae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2"/>
    <w:link w:val="ad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0">
    <w:name w:val="Body Text"/>
    <w:basedOn w:val="a1"/>
    <w:link w:val="af1"/>
    <w:uiPriority w:val="99"/>
    <w:unhideWhenUsed/>
    <w:rsid w:val="00AA1D8D"/>
    <w:pPr>
      <w:spacing w:after="120"/>
    </w:pPr>
  </w:style>
  <w:style w:type="character" w:customStyle="1" w:styleId="af1">
    <w:name w:val="Основной текст Знак"/>
    <w:basedOn w:val="a2"/>
    <w:link w:val="af0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2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3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4">
    <w:name w:val="macro"/>
    <w:link w:val="af5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5">
    <w:name w:val="Текст макроса Знак"/>
    <w:basedOn w:val="a2"/>
    <w:link w:val="af4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6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7">
    <w:name w:val="Strong"/>
    <w:basedOn w:val="a2"/>
    <w:uiPriority w:val="22"/>
    <w:qFormat/>
    <w:rsid w:val="00FC693F"/>
    <w:rPr>
      <w:b/>
      <w:bCs/>
    </w:rPr>
  </w:style>
  <w:style w:type="character" w:styleId="af8">
    <w:name w:val="Emphasis"/>
    <w:basedOn w:val="a2"/>
    <w:uiPriority w:val="20"/>
    <w:qFormat/>
    <w:rsid w:val="00FC693F"/>
    <w:rPr>
      <w:i/>
      <w:iCs/>
    </w:rPr>
  </w:style>
  <w:style w:type="paragraph" w:styleId="af9">
    <w:name w:val="Intense Quote"/>
    <w:basedOn w:val="a1"/>
    <w:next w:val="a1"/>
    <w:link w:val="afa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a">
    <w:name w:val="Выделенная цитата Знак"/>
    <w:basedOn w:val="a2"/>
    <w:link w:val="af9"/>
    <w:uiPriority w:val="30"/>
    <w:rsid w:val="00FC693F"/>
    <w:rPr>
      <w:b/>
      <w:bCs/>
      <w:i/>
      <w:iCs/>
      <w:color w:val="4F81BD" w:themeColor="accent1"/>
    </w:rPr>
  </w:style>
  <w:style w:type="character" w:styleId="afb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c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d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e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f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0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1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2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3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4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5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6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7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8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f9">
    <w:name w:val="Hyperlink"/>
    <w:basedOn w:val="a2"/>
    <w:uiPriority w:val="99"/>
    <w:unhideWhenUsed/>
    <w:rsid w:val="002570D0"/>
    <w:rPr>
      <w:color w:val="0000FF" w:themeColor="hyperlink"/>
      <w:u w:val="single"/>
    </w:rPr>
  </w:style>
  <w:style w:type="character" w:styleId="affa">
    <w:name w:val="FollowedHyperlink"/>
    <w:basedOn w:val="a2"/>
    <w:uiPriority w:val="99"/>
    <w:semiHidden/>
    <w:unhideWhenUsed/>
    <w:rsid w:val="00666FDC"/>
    <w:rPr>
      <w:color w:val="800080" w:themeColor="followedHyperlink"/>
      <w:u w:val="single"/>
    </w:rPr>
  </w:style>
  <w:style w:type="paragraph" w:styleId="affb">
    <w:name w:val="Normal (Web)"/>
    <w:basedOn w:val="a1"/>
    <w:uiPriority w:val="99"/>
    <w:unhideWhenUsed/>
    <w:rsid w:val="0052584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fc">
    <w:name w:val="Balloon Text"/>
    <w:basedOn w:val="a1"/>
    <w:link w:val="affd"/>
    <w:uiPriority w:val="99"/>
    <w:semiHidden/>
    <w:unhideWhenUsed/>
    <w:rsid w:val="008E3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d">
    <w:name w:val="Текст выноски Знак"/>
    <w:basedOn w:val="a2"/>
    <w:link w:val="affc"/>
    <w:uiPriority w:val="99"/>
    <w:semiHidden/>
    <w:rsid w:val="008E3080"/>
    <w:rPr>
      <w:rFonts w:ascii="Tahoma" w:hAnsi="Tahoma" w:cs="Tahoma"/>
      <w:sz w:val="16"/>
      <w:szCs w:val="16"/>
    </w:rPr>
  </w:style>
  <w:style w:type="character" w:customStyle="1" w:styleId="aa">
    <w:name w:val="Без интервала Знак"/>
    <w:basedOn w:val="a2"/>
    <w:link w:val="a9"/>
    <w:uiPriority w:val="1"/>
    <w:rsid w:val="008E30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f8">
    <w:name w:val="Hyperlink"/>
    <w:basedOn w:val="a2"/>
    <w:uiPriority w:val="99"/>
    <w:unhideWhenUsed/>
    <w:rsid w:val="002570D0"/>
    <w:rPr>
      <w:color w:val="0000FF" w:themeColor="hyperlink"/>
      <w:u w:val="single"/>
    </w:rPr>
  </w:style>
  <w:style w:type="character" w:styleId="aff9">
    <w:name w:val="FollowedHyperlink"/>
    <w:basedOn w:val="a2"/>
    <w:uiPriority w:val="99"/>
    <w:semiHidden/>
    <w:unhideWhenUsed/>
    <w:rsid w:val="00666FD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95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YIYrffEKrdA" TargetMode="External"/><Relationship Id="rId18" Type="http://schemas.openxmlformats.org/officeDocument/2006/relationships/hyperlink" Target="https://resh.edu.ru/subject/lesson/5714/start/294023/" TargetMode="External"/><Relationship Id="rId26" Type="http://schemas.openxmlformats.org/officeDocument/2006/relationships/hyperlink" Target="https://nsportal.ru/npo-spo/estestvennye-nauki/library/2019/09/26/tekstovaya-zadacha-i-protsess-eyo-resheniya" TargetMode="External"/><Relationship Id="rId39" Type="http://schemas.openxmlformats.org/officeDocument/2006/relationships/hyperlink" Target="https://infourok.ru/prezentaciya-microsoft-poer-point-k-uroku-konstruirovanie-iz-treugolnikov-kvadratov-i-pryamougolnikov-list-myobiusa-geometriches-2205823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resh.edu.ru/subject/lesson/3926/conspect/213806/" TargetMode="External"/><Relationship Id="rId34" Type="http://schemas.openxmlformats.org/officeDocument/2006/relationships/hyperlink" Target="https://resh.edu.ru/subject/lesson/1408/" TargetMode="External"/><Relationship Id="rId42" Type="http://schemas.openxmlformats.org/officeDocument/2006/relationships/hyperlink" Target="https://resh.edu.ru/subject/lesson/5496/start/78889/" TargetMode="External"/><Relationship Id="rId47" Type="http://schemas.openxmlformats.org/officeDocument/2006/relationships/hyperlink" Target="http://www.nachalka.com/biblioteka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s://infourok.ru/prezentaciya-po-matematike-na-temu-chtenie-i-zapis-mnogoznachnyh-chisel-klass-millionov-klass-milliardov-4-klass-4479235.html" TargetMode="External"/><Relationship Id="rId12" Type="http://schemas.openxmlformats.org/officeDocument/2006/relationships/hyperlink" Target="https://infourok.ru/otkrytyj-urok-matematiki-v-4-klasse-po-teme-edinicy-massy-tonna-i-centner-i-sootnoshenie-mezhdu-nimi-5411832.html" TargetMode="External"/><Relationship Id="rId17" Type="http://schemas.openxmlformats.org/officeDocument/2006/relationships/hyperlink" Target="https://yandex.ru/video/preview/?text=%D0%9F%D0%B8%D1%81%D1%8C%D0%BC%D0%B5%D0%BD%D0%BD%D0%BE%D0%B5%20%D1%81%D0%BB%D0%BE%D0%B6%D0%B5%D0%BD%D0%B8%D0%B5%20%D0%BC%D0%BD%D0%BE%D0%B3%D0%BE%D0%B7%D0%BD%D0%B0%D1%87%D0%BD%D1%8B%D1%85%20%D1%87%D0%B8%D1%81%D0%B5%D0%BB%20%D0%B2%20%D0%BF%D1%80%D0%B5%D0%B4%D0%B5%D0%BB%D0%B0%D1%85%20%D0%BC%D0%B8%D0%BB%D0%BB%D0%B8%D0%BE%D0%BD%D0%B0.&amp;path=yandex_search&amp;parent-reqid=1654316694028069-7704845438805616577-vla1-2630-vla-l7-balancer-8080-BAL-5894&amp;from_type=vast&amp;filmId=17695325451371893464" TargetMode="External"/><Relationship Id="rId25" Type="http://schemas.openxmlformats.org/officeDocument/2006/relationships/hyperlink" Target="http://www.myshared.ru/slide/1389937/" TargetMode="External"/><Relationship Id="rId33" Type="http://schemas.openxmlformats.org/officeDocument/2006/relationships/hyperlink" Target="https://infourok.ru/prezentaciya-po-matematike-na-temu-okruzhnost-i-krug-klass-2736230.html" TargetMode="External"/><Relationship Id="rId38" Type="http://schemas.openxmlformats.org/officeDocument/2006/relationships/hyperlink" Target="https://resh.edu.ru/subject/lesson/4295/start/211859/" TargetMode="External"/><Relationship Id="rId46" Type="http://schemas.openxmlformats.org/officeDocument/2006/relationships/hyperlink" Target="http://nachalka.ed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esh.edu.ru/subject/lesson/3983/start/214334/" TargetMode="External"/><Relationship Id="rId20" Type="http://schemas.openxmlformats.org/officeDocument/2006/relationships/hyperlink" Target="https://infourok.ru/prezentaciya-k-uroku-matematiki-dlya-klassa-po-obnovlyonnoy-programme-v-rk-arifmeticheskie-deystviya-i-ih-svoystvak-opublikovann-2988526.html" TargetMode="External"/><Relationship Id="rId29" Type="http://schemas.openxmlformats.org/officeDocument/2006/relationships/hyperlink" Target="https://resh.edu.ru/subject/lesson/4022/conspect/214922/" TargetMode="External"/><Relationship Id="rId41" Type="http://schemas.openxmlformats.org/officeDocument/2006/relationships/hyperlink" Target="https://resh.edu.ru/subject/lesson/1988/main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infourok.ru/prezentaciya_po_matematike_na_temu-392602.htm" TargetMode="External"/><Relationship Id="rId24" Type="http://schemas.openxmlformats.org/officeDocument/2006/relationships/hyperlink" Target="https://infourok.ru/prezentaciya-po-matematike-na-temu-umnozhenie-i-delenie-na-odnoznachnoe-chislo-4-klass-5422965.html" TargetMode="External"/><Relationship Id="rId32" Type="http://schemas.openxmlformats.org/officeDocument/2006/relationships/hyperlink" Target="https://resh.edu.ru/subject/lesson/2010/main/" TargetMode="External"/><Relationship Id="rId37" Type="http://schemas.openxmlformats.org/officeDocument/2006/relationships/hyperlink" Target="https://resh.edu.ru/subject/lesson/4623/start/218458/" TargetMode="External"/><Relationship Id="rId40" Type="http://schemas.openxmlformats.org/officeDocument/2006/relationships/hyperlink" Target="https://resh.edu.ru/subject/lesson/7732/conspect/325582/" TargetMode="External"/><Relationship Id="rId45" Type="http://schemas.openxmlformats.org/officeDocument/2006/relationships/hyperlink" Target="https://infourok.ru/prezentaciya-po-matematike-na-temu-algoritmy-vokrug-nas-4284339.html" TargetMode="External"/><Relationship Id="rId53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resh.edu.ru/subject/lesson/4268/start/210582/" TargetMode="External"/><Relationship Id="rId23" Type="http://schemas.openxmlformats.org/officeDocument/2006/relationships/hyperlink" Target="https://resh.edu.ru/subject/lesson/5682/train/213029/" TargetMode="External"/><Relationship Id="rId28" Type="http://schemas.openxmlformats.org/officeDocument/2006/relationships/hyperlink" Target="https://resh.edu.ru/subject/lesson/5235/conspect/214426/" TargetMode="External"/><Relationship Id="rId36" Type="http://schemas.openxmlformats.org/officeDocument/2006/relationships/hyperlink" Target="https://resh.edu.ru/subject/lesson/4129/start/218551/" TargetMode="External"/><Relationship Id="rId49" Type="http://schemas.openxmlformats.org/officeDocument/2006/relationships/hyperlink" Target="https://infourok.ru/" TargetMode="External"/><Relationship Id="rId10" Type="http://schemas.openxmlformats.org/officeDocument/2006/relationships/hyperlink" Target="https://infourok.ru/prezentaciya-dopolnenie-do-kruglogo-chisla-413766.html" TargetMode="External"/><Relationship Id="rId19" Type="http://schemas.openxmlformats.org/officeDocument/2006/relationships/hyperlink" Target="https://infourok.ru/prezentaciya-po-matematike-na-temuumnozhenie-i-delenie-na-klass-2971790.html" TargetMode="External"/><Relationship Id="rId31" Type="http://schemas.openxmlformats.org/officeDocument/2006/relationships/hyperlink" Target="https://resh.edu.ru/subject/lesson/3926/conspect/213806/" TargetMode="External"/><Relationship Id="rId44" Type="http://schemas.openxmlformats.org/officeDocument/2006/relationships/hyperlink" Target="https://infourok.ru/prezentaciya-na-temu-pravila-bezopasnogo-polzovaniya-v-internete-klass-401692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3hjzmy_pg3o" TargetMode="External"/><Relationship Id="rId14" Type="http://schemas.openxmlformats.org/officeDocument/2006/relationships/hyperlink" Target="https://resh.edu.ru/subject/lesson/4578/start/214644/" TargetMode="External"/><Relationship Id="rId22" Type="http://schemas.openxmlformats.org/officeDocument/2006/relationships/hyperlink" Target="https://resh.edu.ru/subject/lesson/6235/train/279371/" TargetMode="External"/><Relationship Id="rId27" Type="http://schemas.openxmlformats.org/officeDocument/2006/relationships/hyperlink" Target="https://infourok.ru/prezentaciya-i-konspekt-po-matematike-edinicy-skorosti-skorost-vremya-projdennyj-put-pri-pryamolinejnom-dvizhenii-ustanovlenie-z-5670164.html" TargetMode="External"/><Relationship Id="rId30" Type="http://schemas.openxmlformats.org/officeDocument/2006/relationships/hyperlink" Target="https://resh.edu.ru/subject/lesson/4713/conspect/202990/" TargetMode="External"/><Relationship Id="rId35" Type="http://schemas.openxmlformats.org/officeDocument/2006/relationships/hyperlink" Target="https://resh.edu.ru/subject/lesson/557/" TargetMode="External"/><Relationship Id="rId43" Type="http://schemas.openxmlformats.org/officeDocument/2006/relationships/hyperlink" Target="https://resh.edu.ru/subject/lesson/5233/conspect/214054/" TargetMode="External"/><Relationship Id="rId48" Type="http://schemas.openxmlformats.org/officeDocument/2006/relationships/hyperlink" Target="https://resh.edu.ru/" TargetMode="External"/><Relationship Id="rId8" Type="http://schemas.openxmlformats.org/officeDocument/2006/relationships/hyperlink" Target="https://resh.edu.ru/subject/lesson/5232/start/214210/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2D6BE0-6405-41F1-9CBE-FEE12C91D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1</Pages>
  <Words>9788</Words>
  <Characters>55795</Characters>
  <Application>Microsoft Office Word</Application>
  <DocSecurity>0</DocSecurity>
  <Lines>464</Lines>
  <Paragraphs>130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GSG-Group</Company>
  <LinksUpToDate>false</LinksUpToDate>
  <CharactersWithSpaces>65453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1</cp:lastModifiedBy>
  <cp:revision>94</cp:revision>
  <dcterms:created xsi:type="dcterms:W3CDTF">2022-08-29T12:26:00Z</dcterms:created>
  <dcterms:modified xsi:type="dcterms:W3CDTF">2023-02-21T20:08:00Z</dcterms:modified>
</cp:coreProperties>
</file>